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D065EF" w14:textId="6C86496F" w:rsidR="00ED1E93" w:rsidRDefault="00ED1E93"/>
    <w:p w14:paraId="0AE35EAA" w14:textId="77777777" w:rsidR="00ED1E93" w:rsidRDefault="00000000">
      <w:pPr>
        <w:keepNext/>
        <w:spacing w:before="40" w:after="80"/>
        <w:jc w:val="center"/>
      </w:pPr>
      <w:r>
        <w:rPr>
          <w:rFonts w:eastAsia="Calibri" w:cs="Calibri"/>
          <w:b/>
          <w:color w:val="1F5B4C"/>
          <w:sz w:val="36"/>
        </w:rPr>
        <w:t>ALLEGATO 1</w:t>
      </w:r>
    </w:p>
    <w:p w14:paraId="4FB35542" w14:textId="77777777" w:rsidR="00ED1E93" w:rsidRDefault="00000000">
      <w:pPr>
        <w:keepNext/>
        <w:spacing w:after="280"/>
        <w:jc w:val="center"/>
      </w:pPr>
      <w:r>
        <w:rPr>
          <w:rFonts w:eastAsia="Calibri" w:cs="Calibri"/>
          <w:i/>
          <w:color w:val="66727A"/>
        </w:rPr>
        <w:t>Manifestazione di interesse e dichiarazione sostitutiva</w:t>
      </w:r>
    </w:p>
    <w:tbl>
      <w:tblPr>
        <w:tblW w:w="9184" w:type="dxa"/>
        <w:tblInd w:w="120" w:type="dxa"/>
        <w:tblBorders>
          <w:top w:val="single" w:sz="8" w:space="0" w:color="B9CDC6"/>
          <w:left w:val="single" w:sz="8" w:space="0" w:color="B9CDC6"/>
          <w:bottom w:val="single" w:sz="8" w:space="0" w:color="B9CDC6"/>
          <w:right w:val="single" w:sz="8" w:space="0" w:color="B9CDC6"/>
          <w:insideH w:val="single" w:sz="8" w:space="0" w:color="B9CDC6"/>
          <w:insideV w:val="single" w:sz="8" w:space="0" w:color="B9CDC6"/>
        </w:tblBorders>
        <w:tblLayout w:type="fixed"/>
        <w:tblLook w:val="04A0" w:firstRow="1" w:lastRow="0" w:firstColumn="1" w:lastColumn="0" w:noHBand="0" w:noVBand="1"/>
      </w:tblPr>
      <w:tblGrid>
        <w:gridCol w:w="9184"/>
      </w:tblGrid>
      <w:tr w:rsidR="00ED1E93" w14:paraId="35455E08" w14:textId="77777777">
        <w:tc>
          <w:tcPr>
            <w:tcW w:w="9184" w:type="dxa"/>
            <w:shd w:val="clear" w:color="auto" w:fill="EAF2E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DDA92FA" w14:textId="77777777" w:rsidR="00ED1E93" w:rsidRDefault="00000000">
            <w:pPr>
              <w:spacing w:after="0" w:line="259" w:lineRule="auto"/>
            </w:pPr>
            <w:r>
              <w:rPr>
                <w:rFonts w:eastAsia="Calibri" w:cs="Calibri"/>
                <w:b/>
                <w:color w:val="1F5B4C"/>
                <w:sz w:val="20"/>
              </w:rPr>
              <w:t xml:space="preserve">Trasmissione. </w:t>
            </w:r>
            <w:r>
              <w:rPr>
                <w:rFonts w:eastAsia="Calibri" w:cs="Calibri"/>
                <w:sz w:val="20"/>
              </w:rPr>
              <w:t>Il modello, compilato in ogni parte pertinente, deve essere convertito in PDF o PDF/A, firmato digitalmente e inviato entro le ore 23:59 del 31 ottobre 2026 alla PEC galterredimurgia@pec.it. Non allegare condizioni economiche o offerte commerciali.</w:t>
            </w:r>
          </w:p>
        </w:tc>
      </w:tr>
    </w:tbl>
    <w:p w14:paraId="4135313F" w14:textId="77777777" w:rsidR="00ED1E93" w:rsidRDefault="00ED1E93">
      <w:pPr>
        <w:spacing w:after="40"/>
      </w:pPr>
    </w:p>
    <w:p w14:paraId="30AF1DA5" w14:textId="77777777" w:rsidR="00ED1E93" w:rsidRDefault="00000000">
      <w:pPr>
        <w:spacing w:after="200"/>
        <w:jc w:val="right"/>
      </w:pPr>
      <w:r>
        <w:rPr>
          <w:rFonts w:eastAsia="Calibri" w:cs="Calibri"/>
          <w:sz w:val="21"/>
        </w:rPr>
        <w:t>Spett.le</w:t>
      </w:r>
      <w:r>
        <w:rPr>
          <w:rFonts w:eastAsia="Calibri" w:cs="Calibri"/>
          <w:sz w:val="21"/>
        </w:rPr>
        <w:br/>
      </w:r>
      <w:r>
        <w:rPr>
          <w:rFonts w:eastAsia="Calibri" w:cs="Calibri"/>
          <w:b/>
          <w:sz w:val="21"/>
        </w:rPr>
        <w:t>GAL TERRE DI MURGIA S.C. A R.L.</w:t>
      </w:r>
      <w:r>
        <w:rPr>
          <w:rFonts w:eastAsia="Calibri" w:cs="Calibri"/>
          <w:b/>
          <w:sz w:val="21"/>
        </w:rPr>
        <w:br/>
      </w:r>
      <w:r>
        <w:rPr>
          <w:rFonts w:eastAsia="Calibri" w:cs="Calibri"/>
          <w:sz w:val="21"/>
        </w:rPr>
        <w:t>Via Trapani n. 35 - 70022 Altamura (BA)</w:t>
      </w:r>
      <w:r>
        <w:rPr>
          <w:rFonts w:eastAsia="Calibri" w:cs="Calibri"/>
          <w:sz w:val="21"/>
        </w:rPr>
        <w:br/>
        <w:t>PEC: galterredimurgia@pec.it</w:t>
      </w:r>
    </w:p>
    <w:p w14:paraId="49112206" w14:textId="77777777" w:rsidR="00ED1E93" w:rsidRDefault="00000000">
      <w:pPr>
        <w:spacing w:after="200"/>
        <w:jc w:val="left"/>
      </w:pPr>
      <w:r>
        <w:rPr>
          <w:rFonts w:eastAsia="Calibri" w:cs="Calibri"/>
          <w:b/>
          <w:color w:val="1F5B4C"/>
          <w:sz w:val="21"/>
        </w:rPr>
        <w:t xml:space="preserve">OGGETTO: </w:t>
      </w:r>
      <w:r>
        <w:rPr>
          <w:rFonts w:eastAsia="Calibri" w:cs="Calibri"/>
          <w:b/>
          <w:sz w:val="21"/>
        </w:rPr>
        <w:t>Manifestazione di interesse alla sottoscrizione del Protocollo Quadro non esclusivo - Avviso SRE04-SRD14 "Start Up non agricole"</w:t>
      </w:r>
    </w:p>
    <w:p w14:paraId="31532D47" w14:textId="77777777" w:rsidR="00ED1E93" w:rsidRDefault="00000000">
      <w:pPr>
        <w:pStyle w:val="Titolo2"/>
      </w:pPr>
      <w:r>
        <w:rPr>
          <w:rFonts w:ascii="Calibri" w:eastAsia="Calibri" w:hAnsi="Calibri" w:cs="Calibri"/>
        </w:rPr>
        <w:t>1. Dati del soggetto interessato</w:t>
      </w:r>
    </w:p>
    <w:tbl>
      <w:tblPr>
        <w:tblW w:w="91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600"/>
        <w:gridCol w:w="6584"/>
      </w:tblGrid>
      <w:tr w:rsidR="00ED1E93" w14:paraId="36DC29CF" w14:textId="77777777">
        <w:trPr>
          <w:trHeight w:val="386"/>
        </w:trPr>
        <w:tc>
          <w:tcPr>
            <w:tcW w:w="2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EFCC240" w14:textId="77777777" w:rsidR="00ED1E93" w:rsidRDefault="00000000">
            <w:pPr>
              <w:spacing w:after="0" w:line="252" w:lineRule="auto"/>
              <w:jc w:val="left"/>
            </w:pPr>
            <w:r>
              <w:rPr>
                <w:rFonts w:eastAsia="Calibri" w:cs="Calibri"/>
                <w:b/>
                <w:color w:val="1F5B4C"/>
                <w:sz w:val="19"/>
              </w:rPr>
              <w:t>Denominazione/ragione sociale</w:t>
            </w:r>
          </w:p>
        </w:tc>
        <w:tc>
          <w:tcPr>
            <w:tcW w:w="6584" w:type="dxa"/>
            <w:tcBorders>
              <w:bottom w:val="single" w:sz="7" w:space="0" w:color="758087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1B4F9B4" w14:textId="77777777" w:rsidR="00ED1E93" w:rsidRDefault="00000000">
            <w:pPr>
              <w:spacing w:after="0" w:line="252" w:lineRule="auto"/>
              <w:jc w:val="left"/>
            </w:pPr>
            <w:r>
              <w:rPr>
                <w:rFonts w:eastAsia="Calibri" w:cs="Calibri"/>
                <w:sz w:val="20"/>
              </w:rPr>
              <w:t xml:space="preserve"> </w:t>
            </w:r>
          </w:p>
        </w:tc>
      </w:tr>
      <w:tr w:rsidR="00ED1E93" w14:paraId="12828A6F" w14:textId="77777777">
        <w:trPr>
          <w:trHeight w:val="386"/>
        </w:trPr>
        <w:tc>
          <w:tcPr>
            <w:tcW w:w="2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73CC59D" w14:textId="77777777" w:rsidR="00ED1E93" w:rsidRDefault="00000000">
            <w:pPr>
              <w:spacing w:after="0" w:line="252" w:lineRule="auto"/>
              <w:jc w:val="left"/>
            </w:pPr>
            <w:r>
              <w:rPr>
                <w:rFonts w:eastAsia="Calibri" w:cs="Calibri"/>
                <w:b/>
                <w:color w:val="1F5B4C"/>
                <w:sz w:val="19"/>
              </w:rPr>
              <w:t>Sede legale</w:t>
            </w:r>
          </w:p>
        </w:tc>
        <w:tc>
          <w:tcPr>
            <w:tcW w:w="6584" w:type="dxa"/>
            <w:tcBorders>
              <w:bottom w:val="single" w:sz="7" w:space="0" w:color="758087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175E297" w14:textId="77777777" w:rsidR="00ED1E93" w:rsidRDefault="00000000">
            <w:pPr>
              <w:spacing w:after="0" w:line="252" w:lineRule="auto"/>
              <w:jc w:val="left"/>
            </w:pPr>
            <w:r>
              <w:rPr>
                <w:rFonts w:eastAsia="Calibri" w:cs="Calibri"/>
                <w:sz w:val="20"/>
              </w:rPr>
              <w:t xml:space="preserve"> </w:t>
            </w:r>
          </w:p>
        </w:tc>
      </w:tr>
    </w:tbl>
    <w:p w14:paraId="3505740E" w14:textId="77777777" w:rsidR="00ED1E93" w:rsidRDefault="00ED1E93">
      <w:pPr>
        <w:spacing w:after="40"/>
      </w:pPr>
    </w:p>
    <w:tbl>
      <w:tblPr>
        <w:tblW w:w="91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550"/>
        <w:gridCol w:w="2850"/>
        <w:gridCol w:w="1250"/>
        <w:gridCol w:w="3534"/>
      </w:tblGrid>
      <w:tr w:rsidR="00ED1E93" w14:paraId="4DC35878" w14:textId="77777777">
        <w:trPr>
          <w:trHeight w:val="386"/>
        </w:trPr>
        <w:tc>
          <w:tcPr>
            <w:tcW w:w="15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D420B9D" w14:textId="77777777" w:rsidR="00ED1E93" w:rsidRDefault="00000000">
            <w:pPr>
              <w:spacing w:after="0" w:line="252" w:lineRule="auto"/>
              <w:jc w:val="left"/>
            </w:pPr>
            <w:r>
              <w:rPr>
                <w:rFonts w:eastAsia="Calibri" w:cs="Calibri"/>
                <w:b/>
                <w:color w:val="1F5B4C"/>
                <w:sz w:val="19"/>
              </w:rPr>
              <w:t>C.F./P. IVA</w:t>
            </w:r>
          </w:p>
        </w:tc>
        <w:tc>
          <w:tcPr>
            <w:tcW w:w="2850" w:type="dxa"/>
            <w:tcBorders>
              <w:bottom w:val="single" w:sz="7" w:space="0" w:color="758087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9C4474C" w14:textId="77777777" w:rsidR="00ED1E93" w:rsidRDefault="00000000">
            <w:pPr>
              <w:spacing w:after="0" w:line="252" w:lineRule="auto"/>
              <w:jc w:val="left"/>
            </w:pPr>
            <w:r>
              <w:rPr>
                <w:rFonts w:eastAsia="Calibri" w:cs="Calibri"/>
                <w:sz w:val="20"/>
              </w:rPr>
              <w:t xml:space="preserve"> </w:t>
            </w:r>
          </w:p>
        </w:tc>
        <w:tc>
          <w:tcPr>
            <w:tcW w:w="12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9F01077" w14:textId="77777777" w:rsidR="00ED1E93" w:rsidRDefault="00000000">
            <w:pPr>
              <w:spacing w:after="0" w:line="252" w:lineRule="auto"/>
              <w:jc w:val="left"/>
            </w:pPr>
            <w:r>
              <w:rPr>
                <w:rFonts w:eastAsia="Calibri" w:cs="Calibri"/>
                <w:b/>
                <w:color w:val="1F5B4C"/>
                <w:sz w:val="19"/>
              </w:rPr>
              <w:t>Codice ABI, se applicabile</w:t>
            </w:r>
          </w:p>
        </w:tc>
        <w:tc>
          <w:tcPr>
            <w:tcW w:w="3534" w:type="dxa"/>
            <w:tcBorders>
              <w:bottom w:val="single" w:sz="7" w:space="0" w:color="758087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9B4879C" w14:textId="77777777" w:rsidR="00ED1E93" w:rsidRDefault="00000000">
            <w:pPr>
              <w:spacing w:after="0" w:line="252" w:lineRule="auto"/>
              <w:jc w:val="left"/>
            </w:pPr>
            <w:r>
              <w:rPr>
                <w:rFonts w:eastAsia="Calibri" w:cs="Calibri"/>
                <w:sz w:val="20"/>
              </w:rPr>
              <w:t xml:space="preserve"> </w:t>
            </w:r>
          </w:p>
        </w:tc>
      </w:tr>
      <w:tr w:rsidR="00ED1E93" w14:paraId="514C827B" w14:textId="77777777">
        <w:trPr>
          <w:trHeight w:val="386"/>
        </w:trPr>
        <w:tc>
          <w:tcPr>
            <w:tcW w:w="15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A25C38A" w14:textId="77777777" w:rsidR="00ED1E93" w:rsidRDefault="00000000">
            <w:pPr>
              <w:spacing w:after="0" w:line="252" w:lineRule="auto"/>
              <w:jc w:val="left"/>
            </w:pPr>
            <w:r>
              <w:rPr>
                <w:rFonts w:eastAsia="Calibri" w:cs="Calibri"/>
                <w:b/>
                <w:color w:val="1F5B4C"/>
                <w:sz w:val="19"/>
              </w:rPr>
              <w:t>PEC</w:t>
            </w:r>
          </w:p>
        </w:tc>
        <w:tc>
          <w:tcPr>
            <w:tcW w:w="2850" w:type="dxa"/>
            <w:tcBorders>
              <w:bottom w:val="single" w:sz="7" w:space="0" w:color="758087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5CB7E10" w14:textId="77777777" w:rsidR="00ED1E93" w:rsidRDefault="00000000">
            <w:pPr>
              <w:spacing w:after="0" w:line="252" w:lineRule="auto"/>
              <w:jc w:val="left"/>
            </w:pPr>
            <w:r>
              <w:rPr>
                <w:rFonts w:eastAsia="Calibri" w:cs="Calibri"/>
                <w:sz w:val="20"/>
              </w:rPr>
              <w:t xml:space="preserve"> </w:t>
            </w:r>
          </w:p>
        </w:tc>
        <w:tc>
          <w:tcPr>
            <w:tcW w:w="12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AB03276" w14:textId="77777777" w:rsidR="00ED1E93" w:rsidRDefault="00000000">
            <w:pPr>
              <w:spacing w:after="0" w:line="252" w:lineRule="auto"/>
              <w:jc w:val="left"/>
            </w:pPr>
            <w:r>
              <w:rPr>
                <w:rFonts w:eastAsia="Calibri" w:cs="Calibri"/>
                <w:b/>
                <w:color w:val="1F5B4C"/>
                <w:sz w:val="19"/>
              </w:rPr>
              <w:t>Telefono</w:t>
            </w:r>
          </w:p>
        </w:tc>
        <w:tc>
          <w:tcPr>
            <w:tcW w:w="3534" w:type="dxa"/>
            <w:tcBorders>
              <w:bottom w:val="single" w:sz="7" w:space="0" w:color="758087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48C9C13" w14:textId="77777777" w:rsidR="00ED1E93" w:rsidRDefault="00000000">
            <w:pPr>
              <w:spacing w:after="0" w:line="252" w:lineRule="auto"/>
              <w:jc w:val="left"/>
            </w:pPr>
            <w:r>
              <w:rPr>
                <w:rFonts w:eastAsia="Calibri" w:cs="Calibri"/>
                <w:sz w:val="20"/>
              </w:rPr>
              <w:t xml:space="preserve"> </w:t>
            </w:r>
          </w:p>
        </w:tc>
      </w:tr>
      <w:tr w:rsidR="00ED1E93" w14:paraId="1CE190EE" w14:textId="77777777">
        <w:trPr>
          <w:trHeight w:val="386"/>
        </w:trPr>
        <w:tc>
          <w:tcPr>
            <w:tcW w:w="15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F369301" w14:textId="77777777" w:rsidR="00ED1E93" w:rsidRDefault="00000000">
            <w:pPr>
              <w:spacing w:after="0" w:line="252" w:lineRule="auto"/>
              <w:jc w:val="left"/>
            </w:pPr>
            <w:r>
              <w:rPr>
                <w:rFonts w:eastAsia="Calibri" w:cs="Calibri"/>
                <w:b/>
                <w:color w:val="1F5B4C"/>
                <w:sz w:val="19"/>
              </w:rPr>
              <w:t>Sito web</w:t>
            </w:r>
          </w:p>
        </w:tc>
        <w:tc>
          <w:tcPr>
            <w:tcW w:w="2850" w:type="dxa"/>
            <w:tcBorders>
              <w:bottom w:val="single" w:sz="7" w:space="0" w:color="758087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BB283E6" w14:textId="77777777" w:rsidR="00ED1E93" w:rsidRDefault="00000000">
            <w:pPr>
              <w:spacing w:after="0" w:line="252" w:lineRule="auto"/>
              <w:jc w:val="left"/>
            </w:pPr>
            <w:r>
              <w:rPr>
                <w:rFonts w:eastAsia="Calibri" w:cs="Calibri"/>
                <w:sz w:val="20"/>
              </w:rPr>
              <w:t xml:space="preserve"> </w:t>
            </w:r>
          </w:p>
        </w:tc>
        <w:tc>
          <w:tcPr>
            <w:tcW w:w="12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A7AF62E" w14:textId="77777777" w:rsidR="00ED1E93" w:rsidRDefault="00000000">
            <w:pPr>
              <w:spacing w:after="0" w:line="252" w:lineRule="auto"/>
              <w:jc w:val="left"/>
            </w:pPr>
            <w:r>
              <w:rPr>
                <w:rFonts w:eastAsia="Calibri" w:cs="Calibri"/>
                <w:b/>
                <w:color w:val="1F5B4C"/>
                <w:sz w:val="19"/>
              </w:rPr>
              <w:t>N. REA</w:t>
            </w:r>
          </w:p>
        </w:tc>
        <w:tc>
          <w:tcPr>
            <w:tcW w:w="3534" w:type="dxa"/>
            <w:tcBorders>
              <w:bottom w:val="single" w:sz="7" w:space="0" w:color="758087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A4324A5" w14:textId="77777777" w:rsidR="00ED1E93" w:rsidRDefault="00000000">
            <w:pPr>
              <w:spacing w:after="0" w:line="252" w:lineRule="auto"/>
              <w:jc w:val="left"/>
            </w:pPr>
            <w:r>
              <w:rPr>
                <w:rFonts w:eastAsia="Calibri" w:cs="Calibri"/>
                <w:sz w:val="20"/>
              </w:rPr>
              <w:t xml:space="preserve"> </w:t>
            </w:r>
          </w:p>
        </w:tc>
      </w:tr>
    </w:tbl>
    <w:p w14:paraId="1481BCC7" w14:textId="77777777" w:rsidR="00ED1E93" w:rsidRDefault="00ED1E93">
      <w:pPr>
        <w:spacing w:after="40"/>
      </w:pPr>
    </w:p>
    <w:p w14:paraId="5033C841" w14:textId="77777777" w:rsidR="00ED1E93" w:rsidRDefault="00000000">
      <w:pPr>
        <w:spacing w:after="100"/>
        <w:jc w:val="left"/>
      </w:pPr>
      <w:r>
        <w:rPr>
          <w:rFonts w:eastAsia="Calibri" w:cs="Calibri"/>
          <w:b/>
        </w:rPr>
        <w:t>Qualifica del soggetto</w:t>
      </w:r>
      <w:r>
        <w:rPr>
          <w:rFonts w:eastAsia="Calibri" w:cs="Calibri"/>
        </w:rPr>
        <w:t xml:space="preserve"> (selezionare una sola opzione):</w:t>
      </w:r>
    </w:p>
    <w:p w14:paraId="6D9634A9" w14:textId="77777777" w:rsidR="00ED1E93" w:rsidRDefault="00000000">
      <w:pPr>
        <w:spacing w:after="80" w:line="259" w:lineRule="auto"/>
        <w:ind w:left="142" w:hanging="28"/>
        <w:jc w:val="left"/>
      </w:pPr>
      <w:r>
        <w:rPr>
          <w:rFonts w:eastAsia="Calibri" w:cs="Calibri"/>
          <w:sz w:val="21"/>
        </w:rPr>
        <w:t>[ ] Banca autorizzata e iscritta nell'Albo di cui all'articolo 13 TUB</w:t>
      </w:r>
    </w:p>
    <w:p w14:paraId="366F2970" w14:textId="77777777" w:rsidR="00ED1E93" w:rsidRDefault="00000000">
      <w:pPr>
        <w:spacing w:after="80" w:line="259" w:lineRule="auto"/>
        <w:ind w:left="142" w:hanging="28"/>
        <w:jc w:val="left"/>
      </w:pPr>
      <w:r>
        <w:rPr>
          <w:rFonts w:eastAsia="Calibri" w:cs="Calibri"/>
          <w:sz w:val="21"/>
        </w:rPr>
        <w:t>[ ] Intermediario finanziario iscritto nell'Albo di cui all'articolo 106 TUB</w:t>
      </w:r>
    </w:p>
    <w:p w14:paraId="619572D8" w14:textId="77777777" w:rsidR="00ED1E93" w:rsidRDefault="00000000">
      <w:pPr>
        <w:spacing w:after="80" w:line="259" w:lineRule="auto"/>
        <w:ind w:left="142" w:hanging="28"/>
        <w:jc w:val="left"/>
      </w:pPr>
      <w:r>
        <w:rPr>
          <w:rFonts w:eastAsia="Calibri" w:cs="Calibri"/>
          <w:sz w:val="21"/>
        </w:rPr>
        <w:t>[ ] Confidi iscritto nell'Albo di cui all'articolo 106 TUB</w:t>
      </w:r>
    </w:p>
    <w:tbl>
      <w:tblPr>
        <w:tblW w:w="91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550"/>
        <w:gridCol w:w="2850"/>
        <w:gridCol w:w="1250"/>
        <w:gridCol w:w="3534"/>
      </w:tblGrid>
      <w:tr w:rsidR="00ED1E93" w14:paraId="5AD36ECE" w14:textId="77777777">
        <w:trPr>
          <w:trHeight w:val="386"/>
        </w:trPr>
        <w:tc>
          <w:tcPr>
            <w:tcW w:w="15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D63BB69" w14:textId="77777777" w:rsidR="00ED1E93" w:rsidRDefault="00000000">
            <w:pPr>
              <w:spacing w:after="0" w:line="252" w:lineRule="auto"/>
              <w:jc w:val="left"/>
            </w:pPr>
            <w:r>
              <w:rPr>
                <w:rFonts w:eastAsia="Calibri" w:cs="Calibri"/>
                <w:b/>
                <w:color w:val="1F5B4C"/>
                <w:sz w:val="19"/>
              </w:rPr>
              <w:t>Albo</w:t>
            </w:r>
          </w:p>
        </w:tc>
        <w:tc>
          <w:tcPr>
            <w:tcW w:w="2850" w:type="dxa"/>
            <w:tcBorders>
              <w:bottom w:val="single" w:sz="7" w:space="0" w:color="758087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619770C" w14:textId="77777777" w:rsidR="00ED1E93" w:rsidRDefault="00000000">
            <w:pPr>
              <w:spacing w:after="0" w:line="252" w:lineRule="auto"/>
              <w:jc w:val="left"/>
            </w:pPr>
            <w:r>
              <w:rPr>
                <w:rFonts w:eastAsia="Calibri" w:cs="Calibri"/>
                <w:sz w:val="20"/>
              </w:rPr>
              <w:t xml:space="preserve"> </w:t>
            </w:r>
          </w:p>
        </w:tc>
        <w:tc>
          <w:tcPr>
            <w:tcW w:w="12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9F8E147" w14:textId="77777777" w:rsidR="00ED1E93" w:rsidRDefault="00000000">
            <w:pPr>
              <w:spacing w:after="0" w:line="252" w:lineRule="auto"/>
              <w:jc w:val="left"/>
            </w:pPr>
            <w:r>
              <w:rPr>
                <w:rFonts w:eastAsia="Calibri" w:cs="Calibri"/>
                <w:b/>
                <w:color w:val="1F5B4C"/>
                <w:sz w:val="19"/>
              </w:rPr>
              <w:t>Numero di iscrizione</w:t>
            </w:r>
          </w:p>
        </w:tc>
        <w:tc>
          <w:tcPr>
            <w:tcW w:w="3534" w:type="dxa"/>
            <w:tcBorders>
              <w:bottom w:val="single" w:sz="7" w:space="0" w:color="758087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BE71312" w14:textId="77777777" w:rsidR="00ED1E93" w:rsidRDefault="00000000">
            <w:pPr>
              <w:spacing w:after="0" w:line="252" w:lineRule="auto"/>
              <w:jc w:val="left"/>
            </w:pPr>
            <w:r>
              <w:rPr>
                <w:rFonts w:eastAsia="Calibri" w:cs="Calibri"/>
                <w:sz w:val="20"/>
              </w:rPr>
              <w:t xml:space="preserve"> </w:t>
            </w:r>
          </w:p>
        </w:tc>
      </w:tr>
      <w:tr w:rsidR="00ED1E93" w14:paraId="086BF063" w14:textId="77777777">
        <w:trPr>
          <w:trHeight w:val="386"/>
        </w:trPr>
        <w:tc>
          <w:tcPr>
            <w:tcW w:w="15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C4EC9CC" w14:textId="77777777" w:rsidR="00ED1E93" w:rsidRDefault="00000000">
            <w:pPr>
              <w:spacing w:after="0" w:line="252" w:lineRule="auto"/>
              <w:jc w:val="left"/>
            </w:pPr>
            <w:r>
              <w:rPr>
                <w:rFonts w:eastAsia="Calibri" w:cs="Calibri"/>
                <w:b/>
                <w:color w:val="1F5B4C"/>
                <w:sz w:val="19"/>
              </w:rPr>
              <w:t>Autorità competente</w:t>
            </w:r>
          </w:p>
        </w:tc>
        <w:tc>
          <w:tcPr>
            <w:tcW w:w="2850" w:type="dxa"/>
            <w:tcBorders>
              <w:bottom w:val="single" w:sz="7" w:space="0" w:color="758087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5A085B3" w14:textId="77777777" w:rsidR="00ED1E93" w:rsidRDefault="00000000">
            <w:pPr>
              <w:spacing w:after="0" w:line="252" w:lineRule="auto"/>
              <w:jc w:val="left"/>
            </w:pPr>
            <w:r>
              <w:rPr>
                <w:rFonts w:eastAsia="Calibri" w:cs="Calibri"/>
                <w:sz w:val="20"/>
              </w:rPr>
              <w:t>Banca d'Italia</w:t>
            </w:r>
          </w:p>
        </w:tc>
        <w:tc>
          <w:tcPr>
            <w:tcW w:w="12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A362821" w14:textId="77777777" w:rsidR="00ED1E93" w:rsidRDefault="00000000">
            <w:pPr>
              <w:spacing w:after="0" w:line="252" w:lineRule="auto"/>
              <w:jc w:val="left"/>
            </w:pPr>
            <w:r>
              <w:rPr>
                <w:rFonts w:eastAsia="Calibri" w:cs="Calibri"/>
                <w:b/>
                <w:color w:val="1F5B4C"/>
                <w:sz w:val="19"/>
              </w:rPr>
              <w:t>Data iscrizione</w:t>
            </w:r>
          </w:p>
        </w:tc>
        <w:tc>
          <w:tcPr>
            <w:tcW w:w="3534" w:type="dxa"/>
            <w:tcBorders>
              <w:bottom w:val="single" w:sz="7" w:space="0" w:color="758087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AAE3674" w14:textId="77777777" w:rsidR="00ED1E93" w:rsidRDefault="00000000">
            <w:pPr>
              <w:spacing w:after="0" w:line="252" w:lineRule="auto"/>
              <w:jc w:val="left"/>
            </w:pPr>
            <w:r>
              <w:rPr>
                <w:rFonts w:eastAsia="Calibri" w:cs="Calibri"/>
                <w:sz w:val="20"/>
              </w:rPr>
              <w:t xml:space="preserve"> </w:t>
            </w:r>
          </w:p>
        </w:tc>
      </w:tr>
    </w:tbl>
    <w:p w14:paraId="2FF1BD57" w14:textId="77777777" w:rsidR="00ED1E93" w:rsidRDefault="00ED1E93">
      <w:pPr>
        <w:spacing w:after="40"/>
      </w:pPr>
    </w:p>
    <w:p w14:paraId="67F96EFF" w14:textId="77777777" w:rsidR="00ED1E93" w:rsidRDefault="00000000">
      <w:pPr>
        <w:pStyle w:val="Titolo2"/>
      </w:pPr>
      <w:r>
        <w:rPr>
          <w:rFonts w:ascii="Calibri" w:eastAsia="Calibri" w:hAnsi="Calibri" w:cs="Calibri"/>
        </w:rPr>
        <w:lastRenderedPageBreak/>
        <w:t>2. Legale rappresentante o procuratore</w:t>
      </w:r>
    </w:p>
    <w:tbl>
      <w:tblPr>
        <w:tblW w:w="91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550"/>
        <w:gridCol w:w="2850"/>
        <w:gridCol w:w="1250"/>
        <w:gridCol w:w="3534"/>
      </w:tblGrid>
      <w:tr w:rsidR="00ED1E93" w14:paraId="2508DC2F" w14:textId="77777777">
        <w:trPr>
          <w:trHeight w:val="386"/>
        </w:trPr>
        <w:tc>
          <w:tcPr>
            <w:tcW w:w="15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72415E9" w14:textId="77777777" w:rsidR="00ED1E93" w:rsidRDefault="00000000">
            <w:pPr>
              <w:spacing w:after="0" w:line="252" w:lineRule="auto"/>
              <w:jc w:val="left"/>
            </w:pPr>
            <w:r>
              <w:rPr>
                <w:rFonts w:eastAsia="Calibri" w:cs="Calibri"/>
                <w:b/>
                <w:color w:val="1F5B4C"/>
                <w:sz w:val="19"/>
              </w:rPr>
              <w:t>Nome</w:t>
            </w:r>
          </w:p>
        </w:tc>
        <w:tc>
          <w:tcPr>
            <w:tcW w:w="2850" w:type="dxa"/>
            <w:tcBorders>
              <w:bottom w:val="single" w:sz="7" w:space="0" w:color="758087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E696D59" w14:textId="77777777" w:rsidR="00ED1E93" w:rsidRDefault="00000000">
            <w:pPr>
              <w:spacing w:after="0" w:line="252" w:lineRule="auto"/>
              <w:jc w:val="left"/>
            </w:pPr>
            <w:r>
              <w:rPr>
                <w:rFonts w:eastAsia="Calibri" w:cs="Calibri"/>
                <w:sz w:val="20"/>
              </w:rPr>
              <w:t xml:space="preserve"> </w:t>
            </w:r>
          </w:p>
        </w:tc>
        <w:tc>
          <w:tcPr>
            <w:tcW w:w="12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D94EA23" w14:textId="77777777" w:rsidR="00ED1E93" w:rsidRDefault="00000000">
            <w:pPr>
              <w:spacing w:after="0" w:line="252" w:lineRule="auto"/>
              <w:jc w:val="left"/>
            </w:pPr>
            <w:r>
              <w:rPr>
                <w:rFonts w:eastAsia="Calibri" w:cs="Calibri"/>
                <w:b/>
                <w:color w:val="1F5B4C"/>
                <w:sz w:val="19"/>
              </w:rPr>
              <w:t>Cognome</w:t>
            </w:r>
          </w:p>
        </w:tc>
        <w:tc>
          <w:tcPr>
            <w:tcW w:w="3534" w:type="dxa"/>
            <w:tcBorders>
              <w:bottom w:val="single" w:sz="7" w:space="0" w:color="758087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4E735D4" w14:textId="77777777" w:rsidR="00ED1E93" w:rsidRDefault="00000000">
            <w:pPr>
              <w:spacing w:after="0" w:line="252" w:lineRule="auto"/>
              <w:jc w:val="left"/>
            </w:pPr>
            <w:r>
              <w:rPr>
                <w:rFonts w:eastAsia="Calibri" w:cs="Calibri"/>
                <w:sz w:val="20"/>
              </w:rPr>
              <w:t xml:space="preserve"> </w:t>
            </w:r>
          </w:p>
        </w:tc>
      </w:tr>
      <w:tr w:rsidR="00ED1E93" w14:paraId="113F3857" w14:textId="77777777">
        <w:trPr>
          <w:trHeight w:val="386"/>
        </w:trPr>
        <w:tc>
          <w:tcPr>
            <w:tcW w:w="15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FF3CC91" w14:textId="77777777" w:rsidR="00ED1E93" w:rsidRDefault="00000000">
            <w:pPr>
              <w:spacing w:after="0" w:line="252" w:lineRule="auto"/>
              <w:jc w:val="left"/>
            </w:pPr>
            <w:r>
              <w:rPr>
                <w:rFonts w:eastAsia="Calibri" w:cs="Calibri"/>
                <w:b/>
                <w:color w:val="1F5B4C"/>
                <w:sz w:val="19"/>
              </w:rPr>
              <w:t>Luogo di nascita</w:t>
            </w:r>
          </w:p>
        </w:tc>
        <w:tc>
          <w:tcPr>
            <w:tcW w:w="2850" w:type="dxa"/>
            <w:tcBorders>
              <w:bottom w:val="single" w:sz="7" w:space="0" w:color="758087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6FBBA2F" w14:textId="77777777" w:rsidR="00ED1E93" w:rsidRDefault="00000000">
            <w:pPr>
              <w:spacing w:after="0" w:line="252" w:lineRule="auto"/>
              <w:jc w:val="left"/>
            </w:pPr>
            <w:r>
              <w:rPr>
                <w:rFonts w:eastAsia="Calibri" w:cs="Calibri"/>
                <w:sz w:val="20"/>
              </w:rPr>
              <w:t xml:space="preserve"> </w:t>
            </w:r>
          </w:p>
        </w:tc>
        <w:tc>
          <w:tcPr>
            <w:tcW w:w="12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22258F2" w14:textId="77777777" w:rsidR="00ED1E93" w:rsidRDefault="00000000">
            <w:pPr>
              <w:spacing w:after="0" w:line="252" w:lineRule="auto"/>
              <w:jc w:val="left"/>
            </w:pPr>
            <w:r>
              <w:rPr>
                <w:rFonts w:eastAsia="Calibri" w:cs="Calibri"/>
                <w:b/>
                <w:color w:val="1F5B4C"/>
                <w:sz w:val="19"/>
              </w:rPr>
              <w:t>Data di nascita</w:t>
            </w:r>
          </w:p>
        </w:tc>
        <w:tc>
          <w:tcPr>
            <w:tcW w:w="3534" w:type="dxa"/>
            <w:tcBorders>
              <w:bottom w:val="single" w:sz="7" w:space="0" w:color="758087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ABAF46A" w14:textId="77777777" w:rsidR="00ED1E93" w:rsidRDefault="00000000">
            <w:pPr>
              <w:spacing w:after="0" w:line="252" w:lineRule="auto"/>
              <w:jc w:val="left"/>
            </w:pPr>
            <w:r>
              <w:rPr>
                <w:rFonts w:eastAsia="Calibri" w:cs="Calibri"/>
                <w:sz w:val="20"/>
              </w:rPr>
              <w:t xml:space="preserve"> </w:t>
            </w:r>
          </w:p>
        </w:tc>
      </w:tr>
      <w:tr w:rsidR="00ED1E93" w14:paraId="6FF7F35B" w14:textId="77777777">
        <w:trPr>
          <w:trHeight w:val="386"/>
        </w:trPr>
        <w:tc>
          <w:tcPr>
            <w:tcW w:w="15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1610D10" w14:textId="77777777" w:rsidR="00ED1E93" w:rsidRDefault="00000000">
            <w:pPr>
              <w:spacing w:after="0" w:line="252" w:lineRule="auto"/>
              <w:jc w:val="left"/>
            </w:pPr>
            <w:r>
              <w:rPr>
                <w:rFonts w:eastAsia="Calibri" w:cs="Calibri"/>
                <w:b/>
                <w:color w:val="1F5B4C"/>
                <w:sz w:val="19"/>
              </w:rPr>
              <w:t>Codice fiscale</w:t>
            </w:r>
          </w:p>
        </w:tc>
        <w:tc>
          <w:tcPr>
            <w:tcW w:w="2850" w:type="dxa"/>
            <w:tcBorders>
              <w:bottom w:val="single" w:sz="7" w:space="0" w:color="758087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33F0624" w14:textId="77777777" w:rsidR="00ED1E93" w:rsidRDefault="00000000">
            <w:pPr>
              <w:spacing w:after="0" w:line="252" w:lineRule="auto"/>
              <w:jc w:val="left"/>
            </w:pPr>
            <w:r>
              <w:rPr>
                <w:rFonts w:eastAsia="Calibri" w:cs="Calibri"/>
                <w:sz w:val="20"/>
              </w:rPr>
              <w:t xml:space="preserve"> </w:t>
            </w:r>
          </w:p>
        </w:tc>
        <w:tc>
          <w:tcPr>
            <w:tcW w:w="12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3DB590F" w14:textId="77777777" w:rsidR="00ED1E93" w:rsidRDefault="00000000">
            <w:pPr>
              <w:spacing w:after="0" w:line="252" w:lineRule="auto"/>
              <w:jc w:val="left"/>
            </w:pPr>
            <w:r>
              <w:rPr>
                <w:rFonts w:eastAsia="Calibri" w:cs="Calibri"/>
                <w:b/>
                <w:color w:val="1F5B4C"/>
                <w:sz w:val="19"/>
              </w:rPr>
              <w:t>Qualifica</w:t>
            </w:r>
          </w:p>
        </w:tc>
        <w:tc>
          <w:tcPr>
            <w:tcW w:w="3534" w:type="dxa"/>
            <w:tcBorders>
              <w:bottom w:val="single" w:sz="7" w:space="0" w:color="758087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0F48750" w14:textId="77777777" w:rsidR="00ED1E93" w:rsidRDefault="00000000">
            <w:pPr>
              <w:spacing w:after="0" w:line="252" w:lineRule="auto"/>
              <w:jc w:val="left"/>
            </w:pPr>
            <w:r>
              <w:rPr>
                <w:rFonts w:eastAsia="Calibri" w:cs="Calibri"/>
                <w:sz w:val="20"/>
              </w:rPr>
              <w:t xml:space="preserve"> </w:t>
            </w:r>
          </w:p>
        </w:tc>
      </w:tr>
      <w:tr w:rsidR="00ED1E93" w14:paraId="2A1EF144" w14:textId="77777777">
        <w:trPr>
          <w:trHeight w:val="386"/>
        </w:trPr>
        <w:tc>
          <w:tcPr>
            <w:tcW w:w="15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63FEE76" w14:textId="77777777" w:rsidR="00ED1E93" w:rsidRDefault="00000000">
            <w:pPr>
              <w:spacing w:after="0" w:line="252" w:lineRule="auto"/>
              <w:jc w:val="left"/>
            </w:pPr>
            <w:r>
              <w:rPr>
                <w:rFonts w:eastAsia="Calibri" w:cs="Calibri"/>
                <w:b/>
                <w:color w:val="1F5B4C"/>
                <w:sz w:val="19"/>
              </w:rPr>
              <w:t>E-mail</w:t>
            </w:r>
          </w:p>
        </w:tc>
        <w:tc>
          <w:tcPr>
            <w:tcW w:w="2850" w:type="dxa"/>
            <w:tcBorders>
              <w:bottom w:val="single" w:sz="7" w:space="0" w:color="758087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DABD6D9" w14:textId="77777777" w:rsidR="00ED1E93" w:rsidRDefault="00000000">
            <w:pPr>
              <w:spacing w:after="0" w:line="252" w:lineRule="auto"/>
              <w:jc w:val="left"/>
            </w:pPr>
            <w:r>
              <w:rPr>
                <w:rFonts w:eastAsia="Calibri" w:cs="Calibri"/>
                <w:sz w:val="20"/>
              </w:rPr>
              <w:t xml:space="preserve"> </w:t>
            </w:r>
          </w:p>
        </w:tc>
        <w:tc>
          <w:tcPr>
            <w:tcW w:w="12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45DFC3A" w14:textId="77777777" w:rsidR="00ED1E93" w:rsidRDefault="00000000">
            <w:pPr>
              <w:spacing w:after="0" w:line="252" w:lineRule="auto"/>
              <w:jc w:val="left"/>
            </w:pPr>
            <w:r>
              <w:rPr>
                <w:rFonts w:eastAsia="Calibri" w:cs="Calibri"/>
                <w:b/>
                <w:color w:val="1F5B4C"/>
                <w:sz w:val="19"/>
              </w:rPr>
              <w:t>Telefono</w:t>
            </w:r>
          </w:p>
        </w:tc>
        <w:tc>
          <w:tcPr>
            <w:tcW w:w="3534" w:type="dxa"/>
            <w:tcBorders>
              <w:bottom w:val="single" w:sz="7" w:space="0" w:color="758087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4A21C28" w14:textId="77777777" w:rsidR="00ED1E93" w:rsidRDefault="00000000">
            <w:pPr>
              <w:spacing w:after="0" w:line="252" w:lineRule="auto"/>
              <w:jc w:val="left"/>
            </w:pPr>
            <w:r>
              <w:rPr>
                <w:rFonts w:eastAsia="Calibri" w:cs="Calibri"/>
                <w:sz w:val="20"/>
              </w:rPr>
              <w:t xml:space="preserve"> </w:t>
            </w:r>
          </w:p>
        </w:tc>
      </w:tr>
    </w:tbl>
    <w:p w14:paraId="001A832A" w14:textId="77777777" w:rsidR="00ED1E93" w:rsidRDefault="00ED1E93">
      <w:pPr>
        <w:spacing w:after="40"/>
      </w:pPr>
    </w:p>
    <w:tbl>
      <w:tblPr>
        <w:tblW w:w="91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600"/>
        <w:gridCol w:w="6584"/>
      </w:tblGrid>
      <w:tr w:rsidR="00ED1E93" w14:paraId="0792A089" w14:textId="77777777">
        <w:trPr>
          <w:trHeight w:val="386"/>
        </w:trPr>
        <w:tc>
          <w:tcPr>
            <w:tcW w:w="2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426A459" w14:textId="77777777" w:rsidR="00ED1E93" w:rsidRDefault="00000000">
            <w:pPr>
              <w:spacing w:after="0" w:line="252" w:lineRule="auto"/>
              <w:jc w:val="left"/>
            </w:pPr>
            <w:r>
              <w:rPr>
                <w:rFonts w:eastAsia="Calibri" w:cs="Calibri"/>
                <w:b/>
                <w:color w:val="1F5B4C"/>
                <w:sz w:val="19"/>
              </w:rPr>
              <w:t>Titolo dei poteri di firma</w:t>
            </w:r>
          </w:p>
        </w:tc>
        <w:tc>
          <w:tcPr>
            <w:tcW w:w="6584" w:type="dxa"/>
            <w:tcBorders>
              <w:bottom w:val="single" w:sz="7" w:space="0" w:color="758087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97BA5C1" w14:textId="77777777" w:rsidR="00ED1E93" w:rsidRDefault="00000000">
            <w:pPr>
              <w:spacing w:after="0" w:line="252" w:lineRule="auto"/>
              <w:jc w:val="left"/>
            </w:pPr>
            <w:r>
              <w:rPr>
                <w:rFonts w:eastAsia="Calibri" w:cs="Calibri"/>
                <w:sz w:val="20"/>
              </w:rPr>
              <w:t xml:space="preserve"> </w:t>
            </w:r>
          </w:p>
        </w:tc>
      </w:tr>
      <w:tr w:rsidR="00ED1E93" w14:paraId="76B24828" w14:textId="77777777">
        <w:trPr>
          <w:trHeight w:val="386"/>
        </w:trPr>
        <w:tc>
          <w:tcPr>
            <w:tcW w:w="2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F254F09" w14:textId="77777777" w:rsidR="00ED1E93" w:rsidRDefault="00000000">
            <w:pPr>
              <w:spacing w:after="0" w:line="252" w:lineRule="auto"/>
              <w:jc w:val="left"/>
            </w:pPr>
            <w:r>
              <w:rPr>
                <w:rFonts w:eastAsia="Calibri" w:cs="Calibri"/>
                <w:b/>
                <w:color w:val="1F5B4C"/>
                <w:sz w:val="19"/>
              </w:rPr>
              <w:t>Estremi dell'eventuale procura/delega</w:t>
            </w:r>
          </w:p>
        </w:tc>
        <w:tc>
          <w:tcPr>
            <w:tcW w:w="6584" w:type="dxa"/>
            <w:tcBorders>
              <w:bottom w:val="single" w:sz="7" w:space="0" w:color="758087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555C6A3" w14:textId="77777777" w:rsidR="00ED1E93" w:rsidRDefault="00000000">
            <w:pPr>
              <w:spacing w:after="0" w:line="252" w:lineRule="auto"/>
              <w:jc w:val="left"/>
            </w:pPr>
            <w:r>
              <w:rPr>
                <w:rFonts w:eastAsia="Calibri" w:cs="Calibri"/>
                <w:sz w:val="20"/>
              </w:rPr>
              <w:t xml:space="preserve"> </w:t>
            </w:r>
          </w:p>
        </w:tc>
      </w:tr>
    </w:tbl>
    <w:p w14:paraId="30872AEE" w14:textId="77777777" w:rsidR="00ED1E93" w:rsidRDefault="00ED1E93">
      <w:pPr>
        <w:spacing w:after="40"/>
      </w:pPr>
    </w:p>
    <w:p w14:paraId="4C86C4CD" w14:textId="77777777" w:rsidR="00ED1E93" w:rsidRDefault="00000000">
      <w:pPr>
        <w:pStyle w:val="Titolo2"/>
      </w:pPr>
      <w:r>
        <w:rPr>
          <w:rFonts w:ascii="Calibri" w:eastAsia="Calibri" w:hAnsi="Calibri" w:cs="Calibri"/>
        </w:rPr>
        <w:t>3. Referente e canale operativo per le imprese</w:t>
      </w:r>
    </w:p>
    <w:tbl>
      <w:tblPr>
        <w:tblW w:w="91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550"/>
        <w:gridCol w:w="2850"/>
        <w:gridCol w:w="1250"/>
        <w:gridCol w:w="3534"/>
      </w:tblGrid>
      <w:tr w:rsidR="00ED1E93" w14:paraId="5D1ADC3C" w14:textId="77777777">
        <w:trPr>
          <w:trHeight w:val="386"/>
        </w:trPr>
        <w:tc>
          <w:tcPr>
            <w:tcW w:w="15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938CC3B" w14:textId="77777777" w:rsidR="00ED1E93" w:rsidRDefault="00000000">
            <w:pPr>
              <w:spacing w:after="0" w:line="252" w:lineRule="auto"/>
              <w:jc w:val="left"/>
            </w:pPr>
            <w:r>
              <w:rPr>
                <w:rFonts w:eastAsia="Calibri" w:cs="Calibri"/>
                <w:b/>
                <w:color w:val="1F5B4C"/>
                <w:sz w:val="19"/>
              </w:rPr>
              <w:t>Referente/ufficio</w:t>
            </w:r>
          </w:p>
        </w:tc>
        <w:tc>
          <w:tcPr>
            <w:tcW w:w="2850" w:type="dxa"/>
            <w:tcBorders>
              <w:bottom w:val="single" w:sz="7" w:space="0" w:color="758087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2FFD285" w14:textId="77777777" w:rsidR="00ED1E93" w:rsidRDefault="00000000">
            <w:pPr>
              <w:spacing w:after="0" w:line="252" w:lineRule="auto"/>
              <w:jc w:val="left"/>
            </w:pPr>
            <w:r>
              <w:rPr>
                <w:rFonts w:eastAsia="Calibri" w:cs="Calibri"/>
                <w:sz w:val="20"/>
              </w:rPr>
              <w:t xml:space="preserve"> </w:t>
            </w:r>
          </w:p>
        </w:tc>
        <w:tc>
          <w:tcPr>
            <w:tcW w:w="12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B3BFF0C" w14:textId="77777777" w:rsidR="00ED1E93" w:rsidRDefault="00000000">
            <w:pPr>
              <w:spacing w:after="0" w:line="252" w:lineRule="auto"/>
              <w:jc w:val="left"/>
            </w:pPr>
            <w:r>
              <w:rPr>
                <w:rFonts w:eastAsia="Calibri" w:cs="Calibri"/>
                <w:b/>
                <w:color w:val="1F5B4C"/>
                <w:sz w:val="19"/>
              </w:rPr>
              <w:t>Ruolo</w:t>
            </w:r>
          </w:p>
        </w:tc>
        <w:tc>
          <w:tcPr>
            <w:tcW w:w="3534" w:type="dxa"/>
            <w:tcBorders>
              <w:bottom w:val="single" w:sz="7" w:space="0" w:color="758087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B45B2E" w14:textId="77777777" w:rsidR="00ED1E93" w:rsidRDefault="00000000">
            <w:pPr>
              <w:spacing w:after="0" w:line="252" w:lineRule="auto"/>
              <w:jc w:val="left"/>
            </w:pPr>
            <w:r>
              <w:rPr>
                <w:rFonts w:eastAsia="Calibri" w:cs="Calibri"/>
                <w:sz w:val="20"/>
              </w:rPr>
              <w:t xml:space="preserve"> </w:t>
            </w:r>
          </w:p>
        </w:tc>
      </w:tr>
      <w:tr w:rsidR="00ED1E93" w14:paraId="35E1DD92" w14:textId="77777777">
        <w:trPr>
          <w:trHeight w:val="386"/>
        </w:trPr>
        <w:tc>
          <w:tcPr>
            <w:tcW w:w="15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A7FD29F" w14:textId="77777777" w:rsidR="00ED1E93" w:rsidRDefault="00000000">
            <w:pPr>
              <w:spacing w:after="0" w:line="252" w:lineRule="auto"/>
              <w:jc w:val="left"/>
            </w:pPr>
            <w:r>
              <w:rPr>
                <w:rFonts w:eastAsia="Calibri" w:cs="Calibri"/>
                <w:b/>
                <w:color w:val="1F5B4C"/>
                <w:sz w:val="19"/>
              </w:rPr>
              <w:t>E-mail</w:t>
            </w:r>
          </w:p>
        </w:tc>
        <w:tc>
          <w:tcPr>
            <w:tcW w:w="2850" w:type="dxa"/>
            <w:tcBorders>
              <w:bottom w:val="single" w:sz="7" w:space="0" w:color="758087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4BFFC06" w14:textId="77777777" w:rsidR="00ED1E93" w:rsidRDefault="00000000">
            <w:pPr>
              <w:spacing w:after="0" w:line="252" w:lineRule="auto"/>
              <w:jc w:val="left"/>
            </w:pPr>
            <w:r>
              <w:rPr>
                <w:rFonts w:eastAsia="Calibri" w:cs="Calibri"/>
                <w:sz w:val="20"/>
              </w:rPr>
              <w:t xml:space="preserve"> </w:t>
            </w:r>
          </w:p>
        </w:tc>
        <w:tc>
          <w:tcPr>
            <w:tcW w:w="12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43438FD" w14:textId="77777777" w:rsidR="00ED1E93" w:rsidRDefault="00000000">
            <w:pPr>
              <w:spacing w:after="0" w:line="252" w:lineRule="auto"/>
              <w:jc w:val="left"/>
            </w:pPr>
            <w:r>
              <w:rPr>
                <w:rFonts w:eastAsia="Calibri" w:cs="Calibri"/>
                <w:b/>
                <w:color w:val="1F5B4C"/>
                <w:sz w:val="19"/>
              </w:rPr>
              <w:t>Telefono</w:t>
            </w:r>
          </w:p>
        </w:tc>
        <w:tc>
          <w:tcPr>
            <w:tcW w:w="3534" w:type="dxa"/>
            <w:tcBorders>
              <w:bottom w:val="single" w:sz="7" w:space="0" w:color="758087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27B0E57" w14:textId="77777777" w:rsidR="00ED1E93" w:rsidRDefault="00000000">
            <w:pPr>
              <w:spacing w:after="0" w:line="252" w:lineRule="auto"/>
              <w:jc w:val="left"/>
            </w:pPr>
            <w:r>
              <w:rPr>
                <w:rFonts w:eastAsia="Calibri" w:cs="Calibri"/>
                <w:sz w:val="20"/>
              </w:rPr>
              <w:t xml:space="preserve"> </w:t>
            </w:r>
          </w:p>
        </w:tc>
      </w:tr>
      <w:tr w:rsidR="00ED1E93" w14:paraId="7BA26258" w14:textId="77777777">
        <w:trPr>
          <w:trHeight w:val="386"/>
        </w:trPr>
        <w:tc>
          <w:tcPr>
            <w:tcW w:w="15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4FE0C32" w14:textId="77777777" w:rsidR="00ED1E93" w:rsidRDefault="00000000">
            <w:pPr>
              <w:spacing w:after="0" w:line="252" w:lineRule="auto"/>
              <w:jc w:val="left"/>
            </w:pPr>
            <w:r>
              <w:rPr>
                <w:rFonts w:eastAsia="Calibri" w:cs="Calibri"/>
                <w:b/>
                <w:color w:val="1F5B4C"/>
                <w:sz w:val="19"/>
              </w:rPr>
              <w:t>PEC operativa</w:t>
            </w:r>
          </w:p>
        </w:tc>
        <w:tc>
          <w:tcPr>
            <w:tcW w:w="2850" w:type="dxa"/>
            <w:tcBorders>
              <w:bottom w:val="single" w:sz="7" w:space="0" w:color="758087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126B20F" w14:textId="77777777" w:rsidR="00ED1E93" w:rsidRDefault="00000000">
            <w:pPr>
              <w:spacing w:after="0" w:line="252" w:lineRule="auto"/>
              <w:jc w:val="left"/>
            </w:pPr>
            <w:r>
              <w:rPr>
                <w:rFonts w:eastAsia="Calibri" w:cs="Calibri"/>
                <w:sz w:val="20"/>
              </w:rPr>
              <w:t xml:space="preserve"> </w:t>
            </w:r>
          </w:p>
        </w:tc>
        <w:tc>
          <w:tcPr>
            <w:tcW w:w="12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4899F67" w14:textId="77777777" w:rsidR="00ED1E93" w:rsidRDefault="00000000">
            <w:pPr>
              <w:spacing w:after="0" w:line="252" w:lineRule="auto"/>
              <w:jc w:val="left"/>
            </w:pPr>
            <w:r>
              <w:rPr>
                <w:rFonts w:eastAsia="Calibri" w:cs="Calibri"/>
                <w:b/>
                <w:color w:val="1F5B4C"/>
                <w:sz w:val="19"/>
              </w:rPr>
              <w:t>Orari</w:t>
            </w:r>
          </w:p>
        </w:tc>
        <w:tc>
          <w:tcPr>
            <w:tcW w:w="3534" w:type="dxa"/>
            <w:tcBorders>
              <w:bottom w:val="single" w:sz="7" w:space="0" w:color="758087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EB4DD80" w14:textId="77777777" w:rsidR="00ED1E93" w:rsidRDefault="00000000">
            <w:pPr>
              <w:spacing w:after="0" w:line="252" w:lineRule="auto"/>
              <w:jc w:val="left"/>
            </w:pPr>
            <w:r>
              <w:rPr>
                <w:rFonts w:eastAsia="Calibri" w:cs="Calibri"/>
                <w:sz w:val="20"/>
              </w:rPr>
              <w:t xml:space="preserve"> </w:t>
            </w:r>
          </w:p>
        </w:tc>
      </w:tr>
    </w:tbl>
    <w:p w14:paraId="1FA3CB13" w14:textId="77777777" w:rsidR="00ED1E93" w:rsidRDefault="00ED1E93">
      <w:pPr>
        <w:spacing w:after="40"/>
      </w:pPr>
    </w:p>
    <w:tbl>
      <w:tblPr>
        <w:tblW w:w="91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600"/>
        <w:gridCol w:w="6584"/>
      </w:tblGrid>
      <w:tr w:rsidR="00ED1E93" w14:paraId="3270BAC9" w14:textId="77777777">
        <w:trPr>
          <w:trHeight w:val="386"/>
        </w:trPr>
        <w:tc>
          <w:tcPr>
            <w:tcW w:w="2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9B24A2D" w14:textId="77777777" w:rsidR="00ED1E93" w:rsidRDefault="00000000">
            <w:pPr>
              <w:spacing w:after="0" w:line="252" w:lineRule="auto"/>
              <w:jc w:val="left"/>
            </w:pPr>
            <w:r>
              <w:rPr>
                <w:rFonts w:eastAsia="Calibri" w:cs="Calibri"/>
                <w:b/>
                <w:color w:val="1F5B4C"/>
                <w:sz w:val="19"/>
              </w:rPr>
              <w:t>Filiali/uffici disponibili nell'area GAL</w:t>
            </w:r>
          </w:p>
        </w:tc>
        <w:tc>
          <w:tcPr>
            <w:tcW w:w="6584" w:type="dxa"/>
            <w:tcBorders>
              <w:bottom w:val="single" w:sz="7" w:space="0" w:color="758087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D49BFA" w14:textId="77777777" w:rsidR="00ED1E93" w:rsidRDefault="00000000">
            <w:pPr>
              <w:spacing w:after="0" w:line="252" w:lineRule="auto"/>
              <w:jc w:val="left"/>
            </w:pPr>
            <w:r>
              <w:rPr>
                <w:rFonts w:eastAsia="Calibri" w:cs="Calibri"/>
                <w:sz w:val="20"/>
              </w:rPr>
              <w:t xml:space="preserve"> </w:t>
            </w:r>
          </w:p>
        </w:tc>
      </w:tr>
      <w:tr w:rsidR="00ED1E93" w14:paraId="6B973531" w14:textId="77777777">
        <w:trPr>
          <w:trHeight w:val="386"/>
        </w:trPr>
        <w:tc>
          <w:tcPr>
            <w:tcW w:w="2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9BA7954" w14:textId="77777777" w:rsidR="00ED1E93" w:rsidRDefault="00000000">
            <w:pPr>
              <w:spacing w:after="0" w:line="252" w:lineRule="auto"/>
              <w:jc w:val="left"/>
            </w:pPr>
            <w:r>
              <w:rPr>
                <w:rFonts w:eastAsia="Calibri" w:cs="Calibri"/>
                <w:b/>
                <w:color w:val="1F5B4C"/>
                <w:sz w:val="19"/>
              </w:rPr>
              <w:t>Canale remoto o rete convenzionata</w:t>
            </w:r>
          </w:p>
        </w:tc>
        <w:tc>
          <w:tcPr>
            <w:tcW w:w="6584" w:type="dxa"/>
            <w:tcBorders>
              <w:bottom w:val="single" w:sz="7" w:space="0" w:color="758087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1CD49DA" w14:textId="77777777" w:rsidR="00ED1E93" w:rsidRDefault="00000000">
            <w:pPr>
              <w:spacing w:after="0" w:line="252" w:lineRule="auto"/>
              <w:jc w:val="left"/>
            </w:pPr>
            <w:r>
              <w:rPr>
                <w:rFonts w:eastAsia="Calibri" w:cs="Calibri"/>
                <w:sz w:val="20"/>
              </w:rPr>
              <w:t xml:space="preserve"> </w:t>
            </w:r>
          </w:p>
        </w:tc>
      </w:tr>
      <w:tr w:rsidR="00ED1E93" w14:paraId="7B603454" w14:textId="77777777">
        <w:trPr>
          <w:trHeight w:val="386"/>
        </w:trPr>
        <w:tc>
          <w:tcPr>
            <w:tcW w:w="2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2E08287" w14:textId="77777777" w:rsidR="00ED1E93" w:rsidRDefault="00000000">
            <w:pPr>
              <w:spacing w:after="0" w:line="252" w:lineRule="auto"/>
              <w:jc w:val="left"/>
            </w:pPr>
            <w:r>
              <w:rPr>
                <w:rFonts w:eastAsia="Calibri" w:cs="Calibri"/>
                <w:b/>
                <w:color w:val="1F5B4C"/>
                <w:sz w:val="19"/>
              </w:rPr>
              <w:t>Modalità di richiesta appuntamento/contatto</w:t>
            </w:r>
          </w:p>
        </w:tc>
        <w:tc>
          <w:tcPr>
            <w:tcW w:w="6584" w:type="dxa"/>
            <w:tcBorders>
              <w:bottom w:val="single" w:sz="7" w:space="0" w:color="758087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9FC33E9" w14:textId="77777777" w:rsidR="00ED1E93" w:rsidRDefault="00000000">
            <w:pPr>
              <w:spacing w:after="0" w:line="252" w:lineRule="auto"/>
              <w:jc w:val="left"/>
            </w:pPr>
            <w:r>
              <w:rPr>
                <w:rFonts w:eastAsia="Calibri" w:cs="Calibri"/>
                <w:sz w:val="20"/>
              </w:rPr>
              <w:t xml:space="preserve"> </w:t>
            </w:r>
          </w:p>
        </w:tc>
      </w:tr>
    </w:tbl>
    <w:p w14:paraId="34C46DAE" w14:textId="77777777" w:rsidR="00ED1E93" w:rsidRDefault="00ED1E93">
      <w:pPr>
        <w:spacing w:after="40"/>
      </w:pPr>
    </w:p>
    <w:p w14:paraId="6EB08D17" w14:textId="77777777" w:rsidR="00ED1E93" w:rsidRDefault="00000000">
      <w:pPr>
        <w:spacing w:after="100"/>
        <w:jc w:val="left"/>
      </w:pPr>
      <w:r>
        <w:rPr>
          <w:rFonts w:eastAsia="Calibri" w:cs="Calibri"/>
          <w:b/>
        </w:rPr>
        <w:t>Comuni nei quali</w:t>
      </w:r>
      <w:r>
        <w:rPr>
          <w:rFonts w:eastAsia="Calibri" w:cs="Calibri"/>
        </w:rPr>
        <w:t xml:space="preserve"> il canale è accessibile (selezionare):</w:t>
      </w:r>
    </w:p>
    <w:p w14:paraId="0621A63E" w14:textId="77777777" w:rsidR="00ED1E93" w:rsidRDefault="00000000">
      <w:pPr>
        <w:spacing w:after="60" w:line="259" w:lineRule="auto"/>
        <w:ind w:left="142" w:hanging="28"/>
        <w:jc w:val="left"/>
      </w:pPr>
      <w:r>
        <w:rPr>
          <w:rFonts w:eastAsia="Calibri" w:cs="Calibri"/>
          <w:sz w:val="21"/>
        </w:rPr>
        <w:t>[ ] Altamura</w:t>
      </w:r>
    </w:p>
    <w:p w14:paraId="53F347CD" w14:textId="77777777" w:rsidR="00ED1E93" w:rsidRDefault="00000000">
      <w:pPr>
        <w:spacing w:after="60" w:line="259" w:lineRule="auto"/>
        <w:ind w:left="142" w:hanging="28"/>
        <w:jc w:val="left"/>
      </w:pPr>
      <w:r>
        <w:rPr>
          <w:rFonts w:eastAsia="Calibri" w:cs="Calibri"/>
          <w:sz w:val="21"/>
        </w:rPr>
        <w:t>[ ] Bitetto</w:t>
      </w:r>
    </w:p>
    <w:p w14:paraId="371674EA" w14:textId="77777777" w:rsidR="00ED1E93" w:rsidRDefault="00000000">
      <w:pPr>
        <w:spacing w:after="60" w:line="259" w:lineRule="auto"/>
        <w:ind w:left="142" w:hanging="28"/>
        <w:jc w:val="left"/>
      </w:pPr>
      <w:r>
        <w:rPr>
          <w:rFonts w:eastAsia="Calibri" w:cs="Calibri"/>
          <w:sz w:val="21"/>
        </w:rPr>
        <w:t>[ ] Cassano delle Murge</w:t>
      </w:r>
    </w:p>
    <w:p w14:paraId="73900EFE" w14:textId="77777777" w:rsidR="00ED1E93" w:rsidRDefault="00000000">
      <w:pPr>
        <w:spacing w:after="60" w:line="259" w:lineRule="auto"/>
        <w:ind w:left="142" w:hanging="28"/>
        <w:jc w:val="left"/>
      </w:pPr>
      <w:r>
        <w:rPr>
          <w:rFonts w:eastAsia="Calibri" w:cs="Calibri"/>
          <w:sz w:val="21"/>
        </w:rPr>
        <w:t>[ ] Sannicandro di Bari</w:t>
      </w:r>
    </w:p>
    <w:p w14:paraId="789C2C3E" w14:textId="77777777" w:rsidR="00ED1E93" w:rsidRDefault="00000000">
      <w:pPr>
        <w:spacing w:after="60" w:line="259" w:lineRule="auto"/>
        <w:ind w:left="142" w:hanging="28"/>
        <w:jc w:val="left"/>
      </w:pPr>
      <w:r>
        <w:rPr>
          <w:rFonts w:eastAsia="Calibri" w:cs="Calibri"/>
          <w:sz w:val="21"/>
        </w:rPr>
        <w:t>[ ] Santeramo in Colle</w:t>
      </w:r>
    </w:p>
    <w:p w14:paraId="1A5A3E09" w14:textId="77777777" w:rsidR="00ED1E93" w:rsidRDefault="00000000">
      <w:pPr>
        <w:spacing w:after="60" w:line="259" w:lineRule="auto"/>
        <w:ind w:left="142" w:hanging="28"/>
        <w:jc w:val="left"/>
      </w:pPr>
      <w:r>
        <w:rPr>
          <w:rFonts w:eastAsia="Calibri" w:cs="Calibri"/>
          <w:sz w:val="21"/>
        </w:rPr>
        <w:t>[ ] Toritto</w:t>
      </w:r>
    </w:p>
    <w:p w14:paraId="130AAE52" w14:textId="77777777" w:rsidR="00ED1E93" w:rsidRDefault="00000000">
      <w:pPr>
        <w:spacing w:after="140" w:line="259" w:lineRule="auto"/>
        <w:ind w:left="142" w:hanging="28"/>
        <w:jc w:val="left"/>
      </w:pPr>
      <w:r>
        <w:rPr>
          <w:rFonts w:eastAsia="Calibri" w:cs="Calibri"/>
          <w:sz w:val="21"/>
        </w:rPr>
        <w:t>[ ] Tutti i Comuni tramite canale a distanza/rete convenzionata</w:t>
      </w:r>
    </w:p>
    <w:p w14:paraId="1BCE4B78" w14:textId="77777777" w:rsidR="00ED1E93" w:rsidRDefault="00000000">
      <w:pPr>
        <w:pStyle w:val="Titolo2"/>
      </w:pPr>
      <w:r>
        <w:rPr>
          <w:rFonts w:ascii="Calibri" w:eastAsia="Calibri" w:hAnsi="Calibri" w:cs="Calibri"/>
        </w:rPr>
        <w:lastRenderedPageBreak/>
        <w:t>4. Manifestazione di interesse</w:t>
      </w:r>
    </w:p>
    <w:p w14:paraId="5431FF9A" w14:textId="77777777" w:rsidR="00ED1E93" w:rsidRDefault="00000000">
      <w:r>
        <w:rPr>
          <w:rFonts w:eastAsia="Calibri" w:cs="Calibri"/>
        </w:rPr>
        <w:t>Il/La sottoscritto/a, nella qualità sopra indicata, in nome e per conto del soggetto interessato:</w:t>
      </w:r>
    </w:p>
    <w:p w14:paraId="1D279BF3" w14:textId="77777777" w:rsidR="00ED1E93" w:rsidRDefault="00000000">
      <w:pPr>
        <w:spacing w:before="120" w:after="160"/>
        <w:jc w:val="center"/>
      </w:pPr>
      <w:r>
        <w:rPr>
          <w:rFonts w:eastAsia="Calibri" w:cs="Calibri"/>
          <w:b/>
          <w:color w:val="1F5B4C"/>
          <w:sz w:val="26"/>
        </w:rPr>
        <w:t>MANIFESTA IL PROPRIO INTERESSE</w:t>
      </w:r>
    </w:p>
    <w:p w14:paraId="13968D6D" w14:textId="77777777" w:rsidR="00ED1E93" w:rsidRDefault="00000000">
      <w:r>
        <w:rPr>
          <w:rFonts w:eastAsia="Calibri" w:cs="Calibri"/>
        </w:rPr>
        <w:t>a sottoscrivere con il GAL Terre di Murgia S.c. a r.l. il Protocollo d'intesa e convenzione quadro non esclusiva per favorire l'accesso al credito e agli strumenti di garanzia delle imprese ammesse all'Avviso SRE04-SRD14 "Start Up non agricole", e chiede di essere invitato alla relativa sottoscrizione digitale.</w:t>
      </w:r>
    </w:p>
    <w:p w14:paraId="11BC4167" w14:textId="77777777" w:rsidR="00ED1E93" w:rsidRDefault="00000000">
      <w:pPr>
        <w:pStyle w:val="Titolo2"/>
      </w:pPr>
      <w:r>
        <w:rPr>
          <w:rFonts w:ascii="Calibri" w:eastAsia="Calibri" w:hAnsi="Calibri" w:cs="Calibri"/>
        </w:rPr>
        <w:t>5. Dichiarazioni sostitutive</w:t>
      </w:r>
    </w:p>
    <w:p w14:paraId="7E25C5BC" w14:textId="77777777" w:rsidR="00ED1E93" w:rsidRDefault="00000000">
      <w:r>
        <w:rPr>
          <w:rFonts w:eastAsia="Calibri" w:cs="Calibri"/>
        </w:rPr>
        <w:t>Consapevole delle responsabilità e delle sanzioni previste in caso di dichiarazioni mendaci e della decadenza dai benefici eventualmente conseguiti, ai sensi degli articoli 46, 47, 75 e 76 del D.P.R. 28 dicembre 2000, n. 445, il/la sottoscritto/a dichiara:</w:t>
      </w:r>
    </w:p>
    <w:p w14:paraId="0A1FBBC8" w14:textId="77777777" w:rsidR="00ED1E93" w:rsidRDefault="00000000">
      <w:pPr>
        <w:numPr>
          <w:ilvl w:val="0"/>
          <w:numId w:val="1"/>
        </w:numPr>
        <w:spacing w:after="80"/>
      </w:pPr>
      <w:r>
        <w:rPr>
          <w:rFonts w:eastAsia="Calibri" w:cs="Calibri"/>
        </w:rPr>
        <w:t>che il soggetto rappresentato rientra in una delle categorie ammesse dall'articolo 3 dell'Avviso ed è regolarmente autorizzato e iscritto nell'Albo sopra indicato;</w:t>
      </w:r>
    </w:p>
    <w:p w14:paraId="7E738C25" w14:textId="77777777" w:rsidR="00ED1E93" w:rsidRDefault="00000000">
      <w:pPr>
        <w:numPr>
          <w:ilvl w:val="0"/>
          <w:numId w:val="1"/>
        </w:numPr>
        <w:spacing w:after="80"/>
      </w:pPr>
      <w:r>
        <w:rPr>
          <w:rFonts w:eastAsia="Calibri" w:cs="Calibri"/>
        </w:rPr>
        <w:t>che l'autorizzazione e l'iscrizione sono efficaci e non risultano provvedimenti di cancellazione, decadenza o sospensione incompatibili con la collaborazione;</w:t>
      </w:r>
    </w:p>
    <w:p w14:paraId="31D452E4" w14:textId="77777777" w:rsidR="00ED1E93" w:rsidRDefault="00000000">
      <w:pPr>
        <w:numPr>
          <w:ilvl w:val="0"/>
          <w:numId w:val="1"/>
        </w:numPr>
        <w:spacing w:after="80"/>
      </w:pPr>
      <w:r>
        <w:rPr>
          <w:rFonts w:eastAsia="Calibri" w:cs="Calibri"/>
        </w:rPr>
        <w:t>che il soggetto rappresentato non si trova in una procedura o situazione che impedisca l'assunzione degli impegni previsti dal Protocollo Quadro;</w:t>
      </w:r>
    </w:p>
    <w:p w14:paraId="397CBA96" w14:textId="77777777" w:rsidR="00ED1E93" w:rsidRDefault="00000000">
      <w:pPr>
        <w:numPr>
          <w:ilvl w:val="0"/>
          <w:numId w:val="1"/>
        </w:numPr>
        <w:spacing w:after="80"/>
      </w:pPr>
      <w:r>
        <w:rPr>
          <w:rFonts w:eastAsia="Calibri" w:cs="Calibri"/>
        </w:rPr>
        <w:t>di essere munito/a dei poteri necessari a presentare la manifestazione e, se del caso, a sottoscrivere il Protocollo Quadro, oppure di impegnarsi a produrre i relativi poteri prima della sottoscrizione;</w:t>
      </w:r>
    </w:p>
    <w:p w14:paraId="010EEA75" w14:textId="77777777" w:rsidR="00ED1E93" w:rsidRDefault="00000000">
      <w:pPr>
        <w:numPr>
          <w:ilvl w:val="0"/>
          <w:numId w:val="1"/>
        </w:numPr>
        <w:spacing w:after="80"/>
      </w:pPr>
      <w:r>
        <w:rPr>
          <w:rFonts w:eastAsia="Calibri" w:cs="Calibri"/>
        </w:rPr>
        <w:t>di avere letto e di accettare integralmente, senza riserve o condizioni, l'Avviso pubblico e lo Schema di Protocollo Quadro pubblicati dal GAL;</w:t>
      </w:r>
    </w:p>
    <w:p w14:paraId="34453570" w14:textId="77777777" w:rsidR="00ED1E93" w:rsidRDefault="00000000">
      <w:pPr>
        <w:numPr>
          <w:ilvl w:val="0"/>
          <w:numId w:val="1"/>
        </w:numPr>
        <w:spacing w:after="80"/>
      </w:pPr>
      <w:r>
        <w:rPr>
          <w:rFonts w:eastAsia="Calibri" w:cs="Calibri"/>
        </w:rPr>
        <w:t>di impegnarsi, in caso di ammissione, a completare nell'Allegato A al Protocollo soltanto i dati identificativi e operativi richiesti e a sottoscrivere il medesimo testo predisposto dal GAL;</w:t>
      </w:r>
    </w:p>
    <w:p w14:paraId="5E1FE699" w14:textId="77777777" w:rsidR="00ED1E93" w:rsidRDefault="00000000">
      <w:pPr>
        <w:numPr>
          <w:ilvl w:val="0"/>
          <w:numId w:val="1"/>
        </w:numPr>
        <w:spacing w:after="80"/>
      </w:pPr>
      <w:r>
        <w:rPr>
          <w:rFonts w:eastAsia="Calibri" w:cs="Calibri"/>
        </w:rPr>
        <w:t>di essere consapevole che nella presente fase non sono richiesti tassi, spread, plafond, importi, durate, commissioni, quote associative, spese, garanzie, controgaranzie, criteri di merito o altre condizioni economiche e contrattuali;</w:t>
      </w:r>
    </w:p>
    <w:p w14:paraId="08DE69EB" w14:textId="77777777" w:rsidR="00ED1E93" w:rsidRDefault="00000000">
      <w:pPr>
        <w:numPr>
          <w:ilvl w:val="0"/>
          <w:numId w:val="1"/>
        </w:numPr>
        <w:spacing w:after="80"/>
      </w:pPr>
      <w:r>
        <w:rPr>
          <w:rFonts w:eastAsia="Calibri" w:cs="Calibri"/>
        </w:rPr>
        <w:t>di essere consapevole che le eventuali condizioni saranno determinate autonomamente caso per caso, al momento della richiesta dell'impresa, e comunicate direttamente all'interessata secondo la normativa applicabile;</w:t>
      </w:r>
    </w:p>
    <w:p w14:paraId="57920E92" w14:textId="77777777" w:rsidR="00ED1E93" w:rsidRDefault="00000000">
      <w:pPr>
        <w:numPr>
          <w:ilvl w:val="0"/>
          <w:numId w:val="1"/>
        </w:numPr>
        <w:spacing w:after="80"/>
      </w:pPr>
      <w:r>
        <w:rPr>
          <w:rFonts w:eastAsia="Calibri" w:cs="Calibri"/>
        </w:rPr>
        <w:t>di essere consapevole che la manifestazione e la successiva sottoscrizione non comportano obbligo di concedere credito, rilasciare garanzie o prestare servizi e non attribuiscono esclusiva, corrispettivi o rimborsi;</w:t>
      </w:r>
    </w:p>
    <w:p w14:paraId="1945EBB5" w14:textId="77777777" w:rsidR="00ED1E93" w:rsidRDefault="00000000">
      <w:pPr>
        <w:numPr>
          <w:ilvl w:val="0"/>
          <w:numId w:val="1"/>
        </w:numPr>
        <w:spacing w:after="80"/>
      </w:pPr>
      <w:r>
        <w:rPr>
          <w:rFonts w:eastAsia="Calibri" w:cs="Calibri"/>
        </w:rPr>
        <w:t>di impegnarsi a operare esclusivamente nei limiti delle attività autorizzate e nel rispetto della normativa bancaria e finanziaria, di vigilanza, trasparenza, antiriciclaggio, protezione dei dati personali, legalità e conflitti di interesse applicabile;</w:t>
      </w:r>
    </w:p>
    <w:p w14:paraId="2A702B1D" w14:textId="77777777" w:rsidR="00ED1E93" w:rsidRDefault="00000000">
      <w:pPr>
        <w:numPr>
          <w:ilvl w:val="0"/>
          <w:numId w:val="1"/>
        </w:numPr>
        <w:spacing w:after="80"/>
      </w:pPr>
      <w:r>
        <w:rPr>
          <w:rFonts w:eastAsia="Calibri" w:cs="Calibri"/>
        </w:rPr>
        <w:t>di impegnarsi a comunicare tempestivamente al GAL ogni variazione rilevante dei requisiti, dei poteri di firma, dei referenti o delle modalità generali di accesso al canale;</w:t>
      </w:r>
    </w:p>
    <w:p w14:paraId="2C32BF65" w14:textId="77777777" w:rsidR="00ED1E93" w:rsidRDefault="00000000">
      <w:pPr>
        <w:numPr>
          <w:ilvl w:val="0"/>
          <w:numId w:val="1"/>
        </w:numPr>
        <w:spacing w:after="80"/>
      </w:pPr>
      <w:r>
        <w:rPr>
          <w:rFonts w:eastAsia="Calibri" w:cs="Calibri"/>
        </w:rPr>
        <w:t>che i dati e le informazioni forniti nella presente manifestazione sono completi e veritieri.</w:t>
      </w:r>
    </w:p>
    <w:tbl>
      <w:tblPr>
        <w:tblW w:w="9184" w:type="dxa"/>
        <w:tblInd w:w="120" w:type="dxa"/>
        <w:tblBorders>
          <w:top w:val="single" w:sz="8" w:space="0" w:color="B9CDC6"/>
          <w:left w:val="single" w:sz="8" w:space="0" w:color="B9CDC6"/>
          <w:bottom w:val="single" w:sz="8" w:space="0" w:color="B9CDC6"/>
          <w:right w:val="single" w:sz="8" w:space="0" w:color="B9CDC6"/>
          <w:insideH w:val="single" w:sz="8" w:space="0" w:color="B9CDC6"/>
          <w:insideV w:val="single" w:sz="8" w:space="0" w:color="B9CDC6"/>
        </w:tblBorders>
        <w:tblLayout w:type="fixed"/>
        <w:tblLook w:val="04A0" w:firstRow="1" w:lastRow="0" w:firstColumn="1" w:lastColumn="0" w:noHBand="0" w:noVBand="1"/>
      </w:tblPr>
      <w:tblGrid>
        <w:gridCol w:w="9184"/>
      </w:tblGrid>
      <w:tr w:rsidR="00ED1E93" w14:paraId="42EB8B7D" w14:textId="77777777">
        <w:tc>
          <w:tcPr>
            <w:tcW w:w="9184" w:type="dxa"/>
            <w:shd w:val="clear" w:color="auto" w:fill="EAF2E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1E54096" w14:textId="77777777" w:rsidR="00ED1E93" w:rsidRDefault="00000000">
            <w:pPr>
              <w:spacing w:after="0" w:line="259" w:lineRule="auto"/>
            </w:pPr>
            <w:r>
              <w:rPr>
                <w:rFonts w:eastAsia="Calibri" w:cs="Calibri"/>
                <w:b/>
                <w:color w:val="1F5B4C"/>
                <w:sz w:val="20"/>
              </w:rPr>
              <w:lastRenderedPageBreak/>
              <w:t xml:space="preserve">Nessuna offerta economica. </w:t>
            </w:r>
            <w:r>
              <w:rPr>
                <w:rFonts w:eastAsia="Calibri" w:cs="Calibri"/>
                <w:sz w:val="20"/>
              </w:rPr>
              <w:t>Con la presente manifestazione il soggetto accetta lo schema comune di collaborazione. Le condizioni delle singole operazioni saranno comunicate in seguito soltanto alle imprese che ne faranno richiesta.</w:t>
            </w:r>
          </w:p>
        </w:tc>
      </w:tr>
    </w:tbl>
    <w:p w14:paraId="615321CF" w14:textId="77777777" w:rsidR="00ED1E93" w:rsidRDefault="00ED1E93">
      <w:pPr>
        <w:spacing w:after="40"/>
      </w:pPr>
    </w:p>
    <w:p w14:paraId="4D44F583" w14:textId="77777777" w:rsidR="00ED1E93" w:rsidRDefault="00000000">
      <w:pPr>
        <w:pStyle w:val="Titolo2"/>
      </w:pPr>
      <w:r>
        <w:rPr>
          <w:rFonts w:ascii="Calibri" w:eastAsia="Calibri" w:hAnsi="Calibri" w:cs="Calibri"/>
        </w:rPr>
        <w:t>6. Trattamento dei dati e comunicazioni</w:t>
      </w:r>
    </w:p>
    <w:p w14:paraId="698B9155" w14:textId="77777777" w:rsidR="00ED1E93" w:rsidRDefault="00000000">
      <w:r>
        <w:rPr>
          <w:rFonts w:eastAsia="Calibri" w:cs="Calibri"/>
        </w:rPr>
        <w:t>Il/La sottoscritto/a dichiara di avere preso visione dell'articolo 11 dell'Avviso e dell'informativa sul trattamento dei dati personali resa dal GAL e indica la PEC sopra riportata quale domicilio digitale per tutte le comunicazioni relative alla procedura. Si impegna a comunicare tempestivamente ogni variazione del recapito.</w:t>
      </w:r>
    </w:p>
    <w:p w14:paraId="2A53558D" w14:textId="77777777" w:rsidR="00ED1E93" w:rsidRDefault="00000000">
      <w:pPr>
        <w:pStyle w:val="Titolo2"/>
      </w:pPr>
      <w:r>
        <w:rPr>
          <w:rFonts w:ascii="Calibri" w:eastAsia="Calibri" w:hAnsi="Calibri" w:cs="Calibri"/>
        </w:rPr>
        <w:t>7. Documenti allegati</w:t>
      </w:r>
    </w:p>
    <w:p w14:paraId="5A05DCBC" w14:textId="77777777" w:rsidR="00ED1E93" w:rsidRDefault="00000000">
      <w:pPr>
        <w:spacing w:after="80" w:line="259" w:lineRule="auto"/>
        <w:ind w:left="142" w:hanging="28"/>
        <w:jc w:val="left"/>
      </w:pPr>
      <w:r>
        <w:rPr>
          <w:rFonts w:eastAsia="Calibri" w:cs="Calibri"/>
          <w:sz w:val="21"/>
        </w:rPr>
        <w:t>[ ] Procura/delega o documentazione sui poteri di firma, se necessaria</w:t>
      </w:r>
    </w:p>
    <w:p w14:paraId="2DF20252" w14:textId="77777777" w:rsidR="00ED1E93" w:rsidRDefault="00000000">
      <w:pPr>
        <w:spacing w:after="80" w:line="259" w:lineRule="auto"/>
        <w:ind w:left="142" w:hanging="28"/>
        <w:jc w:val="left"/>
      </w:pPr>
      <w:r>
        <w:rPr>
          <w:rFonts w:eastAsia="Calibri" w:cs="Calibri"/>
          <w:sz w:val="21"/>
        </w:rPr>
        <w:t>[ ] Documentazione integrativa sulla qualifica o sull'iscrizione, se necessaria</w:t>
      </w:r>
    </w:p>
    <w:p w14:paraId="384FDE74" w14:textId="77777777" w:rsidR="00ED1E93" w:rsidRDefault="00000000">
      <w:pPr>
        <w:spacing w:after="160" w:line="259" w:lineRule="auto"/>
        <w:ind w:left="142" w:hanging="28"/>
        <w:jc w:val="left"/>
      </w:pPr>
      <w:r>
        <w:rPr>
          <w:rFonts w:eastAsia="Calibri" w:cs="Calibri"/>
          <w:sz w:val="21"/>
        </w:rPr>
        <w:t>[ ] Altro (specificare): ________________________________________________</w:t>
      </w:r>
    </w:p>
    <w:p w14:paraId="6B15D9BC" w14:textId="77777777" w:rsidR="00ED1E93" w:rsidRDefault="00000000">
      <w:pPr>
        <w:spacing w:after="200"/>
        <w:jc w:val="left"/>
      </w:pPr>
      <w:r>
        <w:rPr>
          <w:rFonts w:eastAsia="Calibri" w:cs="Calibri"/>
          <w:i/>
        </w:rPr>
        <w:t>Non sono allegati listini, offerte commerciali o prospetti contenenti condizioni economiche.</w:t>
      </w:r>
    </w:p>
    <w:p w14:paraId="404EFA15" w14:textId="77777777" w:rsidR="00ED1E93" w:rsidRDefault="00000000">
      <w:pPr>
        <w:pStyle w:val="Titolo2"/>
      </w:pPr>
      <w:r>
        <w:rPr>
          <w:rFonts w:ascii="Calibri" w:eastAsia="Calibri" w:hAnsi="Calibri" w:cs="Calibri"/>
        </w:rPr>
        <w:t>8. Sottoscrizione</w:t>
      </w:r>
    </w:p>
    <w:tbl>
      <w:tblPr>
        <w:tblW w:w="91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550"/>
        <w:gridCol w:w="2850"/>
        <w:gridCol w:w="1250"/>
        <w:gridCol w:w="3534"/>
      </w:tblGrid>
      <w:tr w:rsidR="00ED1E93" w14:paraId="710E78C4" w14:textId="77777777">
        <w:trPr>
          <w:trHeight w:val="386"/>
        </w:trPr>
        <w:tc>
          <w:tcPr>
            <w:tcW w:w="15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0DCC9FA" w14:textId="77777777" w:rsidR="00ED1E93" w:rsidRDefault="00000000">
            <w:pPr>
              <w:spacing w:after="0" w:line="252" w:lineRule="auto"/>
              <w:jc w:val="left"/>
            </w:pPr>
            <w:r>
              <w:rPr>
                <w:rFonts w:eastAsia="Calibri" w:cs="Calibri"/>
                <w:b/>
                <w:color w:val="1F5B4C"/>
                <w:sz w:val="19"/>
              </w:rPr>
              <w:t>Luogo</w:t>
            </w:r>
          </w:p>
        </w:tc>
        <w:tc>
          <w:tcPr>
            <w:tcW w:w="2850" w:type="dxa"/>
            <w:tcBorders>
              <w:bottom w:val="single" w:sz="7" w:space="0" w:color="758087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13D4733" w14:textId="77777777" w:rsidR="00ED1E93" w:rsidRDefault="00000000">
            <w:pPr>
              <w:spacing w:after="0" w:line="252" w:lineRule="auto"/>
              <w:jc w:val="left"/>
            </w:pPr>
            <w:r>
              <w:rPr>
                <w:rFonts w:eastAsia="Calibri" w:cs="Calibri"/>
                <w:sz w:val="20"/>
              </w:rPr>
              <w:t xml:space="preserve"> </w:t>
            </w:r>
          </w:p>
        </w:tc>
        <w:tc>
          <w:tcPr>
            <w:tcW w:w="12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6E13F07" w14:textId="77777777" w:rsidR="00ED1E93" w:rsidRDefault="00000000">
            <w:pPr>
              <w:spacing w:after="0" w:line="252" w:lineRule="auto"/>
              <w:jc w:val="left"/>
            </w:pPr>
            <w:r>
              <w:rPr>
                <w:rFonts w:eastAsia="Calibri" w:cs="Calibri"/>
                <w:b/>
                <w:color w:val="1F5B4C"/>
                <w:sz w:val="19"/>
              </w:rPr>
              <w:t>Data</w:t>
            </w:r>
          </w:p>
        </w:tc>
        <w:tc>
          <w:tcPr>
            <w:tcW w:w="3534" w:type="dxa"/>
            <w:tcBorders>
              <w:bottom w:val="single" w:sz="7" w:space="0" w:color="758087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A3BBEAB" w14:textId="77777777" w:rsidR="00ED1E93" w:rsidRDefault="00000000">
            <w:pPr>
              <w:spacing w:after="0" w:line="252" w:lineRule="auto"/>
              <w:jc w:val="left"/>
            </w:pPr>
            <w:r>
              <w:rPr>
                <w:rFonts w:eastAsia="Calibri" w:cs="Calibri"/>
                <w:sz w:val="20"/>
              </w:rPr>
              <w:t xml:space="preserve"> </w:t>
            </w:r>
          </w:p>
        </w:tc>
      </w:tr>
      <w:tr w:rsidR="00ED1E93" w14:paraId="7D349D21" w14:textId="77777777">
        <w:trPr>
          <w:trHeight w:val="386"/>
        </w:trPr>
        <w:tc>
          <w:tcPr>
            <w:tcW w:w="15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33BDE74" w14:textId="77777777" w:rsidR="00ED1E93" w:rsidRDefault="00000000">
            <w:pPr>
              <w:spacing w:after="0" w:line="252" w:lineRule="auto"/>
              <w:jc w:val="left"/>
            </w:pPr>
            <w:r>
              <w:rPr>
                <w:rFonts w:eastAsia="Calibri" w:cs="Calibri"/>
                <w:b/>
                <w:color w:val="1F5B4C"/>
                <w:sz w:val="19"/>
              </w:rPr>
              <w:t>Nome e cognome</w:t>
            </w:r>
          </w:p>
        </w:tc>
        <w:tc>
          <w:tcPr>
            <w:tcW w:w="2850" w:type="dxa"/>
            <w:tcBorders>
              <w:bottom w:val="single" w:sz="7" w:space="0" w:color="758087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AD1EDAB" w14:textId="77777777" w:rsidR="00ED1E93" w:rsidRDefault="00000000">
            <w:pPr>
              <w:spacing w:after="0" w:line="252" w:lineRule="auto"/>
              <w:jc w:val="left"/>
            </w:pPr>
            <w:r>
              <w:rPr>
                <w:rFonts w:eastAsia="Calibri" w:cs="Calibri"/>
                <w:sz w:val="20"/>
              </w:rPr>
              <w:t xml:space="preserve"> </w:t>
            </w:r>
          </w:p>
        </w:tc>
        <w:tc>
          <w:tcPr>
            <w:tcW w:w="12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29797AF" w14:textId="77777777" w:rsidR="00ED1E93" w:rsidRDefault="00000000">
            <w:pPr>
              <w:spacing w:after="0" w:line="252" w:lineRule="auto"/>
              <w:jc w:val="left"/>
            </w:pPr>
            <w:r>
              <w:rPr>
                <w:rFonts w:eastAsia="Calibri" w:cs="Calibri"/>
                <w:b/>
                <w:color w:val="1F5B4C"/>
                <w:sz w:val="19"/>
              </w:rPr>
              <w:t>Qualifica</w:t>
            </w:r>
          </w:p>
        </w:tc>
        <w:tc>
          <w:tcPr>
            <w:tcW w:w="3534" w:type="dxa"/>
            <w:tcBorders>
              <w:bottom w:val="single" w:sz="7" w:space="0" w:color="758087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CA2D0E5" w14:textId="77777777" w:rsidR="00ED1E93" w:rsidRDefault="00000000">
            <w:pPr>
              <w:spacing w:after="0" w:line="252" w:lineRule="auto"/>
              <w:jc w:val="left"/>
            </w:pPr>
            <w:r>
              <w:rPr>
                <w:rFonts w:eastAsia="Calibri" w:cs="Calibri"/>
                <w:sz w:val="20"/>
              </w:rPr>
              <w:t xml:space="preserve"> </w:t>
            </w:r>
          </w:p>
        </w:tc>
      </w:tr>
    </w:tbl>
    <w:p w14:paraId="667D072D" w14:textId="77777777" w:rsidR="00ED1E93" w:rsidRDefault="00ED1E93">
      <w:pPr>
        <w:spacing w:after="40"/>
      </w:pPr>
    </w:p>
    <w:tbl>
      <w:tblPr>
        <w:tblW w:w="91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600"/>
        <w:gridCol w:w="6584"/>
      </w:tblGrid>
      <w:tr w:rsidR="00ED1E93" w14:paraId="4E37F5E4" w14:textId="77777777">
        <w:trPr>
          <w:trHeight w:val="386"/>
        </w:trPr>
        <w:tc>
          <w:tcPr>
            <w:tcW w:w="2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58943DA" w14:textId="77777777" w:rsidR="00ED1E93" w:rsidRDefault="00000000">
            <w:pPr>
              <w:spacing w:after="0" w:line="252" w:lineRule="auto"/>
              <w:jc w:val="left"/>
            </w:pPr>
            <w:r>
              <w:rPr>
                <w:rFonts w:eastAsia="Calibri" w:cs="Calibri"/>
                <w:b/>
                <w:color w:val="1F5B4C"/>
                <w:sz w:val="19"/>
              </w:rPr>
              <w:t>Firma digitale</w:t>
            </w:r>
          </w:p>
        </w:tc>
        <w:tc>
          <w:tcPr>
            <w:tcW w:w="6584" w:type="dxa"/>
            <w:tcBorders>
              <w:bottom w:val="single" w:sz="7" w:space="0" w:color="758087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DFD01B9" w14:textId="77777777" w:rsidR="00ED1E93" w:rsidRDefault="00000000">
            <w:pPr>
              <w:spacing w:after="0" w:line="252" w:lineRule="auto"/>
              <w:jc w:val="left"/>
            </w:pPr>
            <w:r>
              <w:rPr>
                <w:rFonts w:eastAsia="Calibri" w:cs="Calibri"/>
                <w:sz w:val="20"/>
              </w:rPr>
              <w:t xml:space="preserve"> </w:t>
            </w:r>
          </w:p>
        </w:tc>
      </w:tr>
    </w:tbl>
    <w:p w14:paraId="53E103F1" w14:textId="77777777" w:rsidR="00ED1E93" w:rsidRDefault="00ED1E93">
      <w:pPr>
        <w:spacing w:after="40"/>
      </w:pPr>
    </w:p>
    <w:p w14:paraId="7A6125C4" w14:textId="77777777" w:rsidR="00ED1E93" w:rsidRDefault="00000000">
      <w:pPr>
        <w:pStyle w:val="Titolo2"/>
      </w:pPr>
      <w:r>
        <w:rPr>
          <w:rFonts w:ascii="Calibri" w:eastAsia="Calibri" w:hAnsi="Calibri" w:cs="Calibri"/>
        </w:rPr>
        <w:t>9. Sezione riservata al GAL</w:t>
      </w:r>
    </w:p>
    <w:tbl>
      <w:tblPr>
        <w:tblW w:w="91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550"/>
        <w:gridCol w:w="2850"/>
        <w:gridCol w:w="1250"/>
        <w:gridCol w:w="3534"/>
      </w:tblGrid>
      <w:tr w:rsidR="00ED1E93" w14:paraId="4D404CB0" w14:textId="77777777">
        <w:trPr>
          <w:trHeight w:val="386"/>
        </w:trPr>
        <w:tc>
          <w:tcPr>
            <w:tcW w:w="15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BF2BBA6" w14:textId="77777777" w:rsidR="00ED1E93" w:rsidRDefault="00000000">
            <w:pPr>
              <w:spacing w:after="0" w:line="252" w:lineRule="auto"/>
              <w:jc w:val="left"/>
            </w:pPr>
            <w:r>
              <w:rPr>
                <w:rFonts w:eastAsia="Calibri" w:cs="Calibri"/>
                <w:b/>
                <w:color w:val="1F5B4C"/>
                <w:sz w:val="19"/>
              </w:rPr>
              <w:t>Protocollo n.</w:t>
            </w:r>
          </w:p>
        </w:tc>
        <w:tc>
          <w:tcPr>
            <w:tcW w:w="2850" w:type="dxa"/>
            <w:tcBorders>
              <w:bottom w:val="single" w:sz="7" w:space="0" w:color="758087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A15BB6E" w14:textId="77777777" w:rsidR="00ED1E93" w:rsidRDefault="00000000">
            <w:pPr>
              <w:spacing w:after="0" w:line="252" w:lineRule="auto"/>
              <w:jc w:val="left"/>
            </w:pPr>
            <w:r>
              <w:rPr>
                <w:rFonts w:eastAsia="Calibri" w:cs="Calibri"/>
                <w:sz w:val="20"/>
              </w:rPr>
              <w:t xml:space="preserve"> </w:t>
            </w:r>
          </w:p>
        </w:tc>
        <w:tc>
          <w:tcPr>
            <w:tcW w:w="12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EC422A3" w14:textId="77777777" w:rsidR="00ED1E93" w:rsidRDefault="00000000">
            <w:pPr>
              <w:spacing w:after="0" w:line="252" w:lineRule="auto"/>
              <w:jc w:val="left"/>
            </w:pPr>
            <w:r>
              <w:rPr>
                <w:rFonts w:eastAsia="Calibri" w:cs="Calibri"/>
                <w:b/>
                <w:color w:val="1F5B4C"/>
                <w:sz w:val="19"/>
              </w:rPr>
              <w:t>Data</w:t>
            </w:r>
          </w:p>
        </w:tc>
        <w:tc>
          <w:tcPr>
            <w:tcW w:w="3534" w:type="dxa"/>
            <w:tcBorders>
              <w:bottom w:val="single" w:sz="7" w:space="0" w:color="758087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571791D" w14:textId="77777777" w:rsidR="00ED1E93" w:rsidRDefault="00000000">
            <w:pPr>
              <w:spacing w:after="0" w:line="252" w:lineRule="auto"/>
              <w:jc w:val="left"/>
            </w:pPr>
            <w:r>
              <w:rPr>
                <w:rFonts w:eastAsia="Calibri" w:cs="Calibri"/>
                <w:sz w:val="20"/>
              </w:rPr>
              <w:t xml:space="preserve"> </w:t>
            </w:r>
          </w:p>
        </w:tc>
      </w:tr>
      <w:tr w:rsidR="00ED1E93" w14:paraId="78D91049" w14:textId="77777777">
        <w:trPr>
          <w:trHeight w:val="386"/>
        </w:trPr>
        <w:tc>
          <w:tcPr>
            <w:tcW w:w="15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6CADF25" w14:textId="77777777" w:rsidR="00ED1E93" w:rsidRDefault="00000000">
            <w:pPr>
              <w:spacing w:after="0" w:line="252" w:lineRule="auto"/>
              <w:jc w:val="left"/>
            </w:pPr>
            <w:r>
              <w:rPr>
                <w:rFonts w:eastAsia="Calibri" w:cs="Calibri"/>
                <w:b/>
                <w:color w:val="1F5B4C"/>
                <w:sz w:val="19"/>
              </w:rPr>
              <w:t>Ricevuta PEC</w:t>
            </w:r>
          </w:p>
        </w:tc>
        <w:tc>
          <w:tcPr>
            <w:tcW w:w="2850" w:type="dxa"/>
            <w:tcBorders>
              <w:bottom w:val="single" w:sz="7" w:space="0" w:color="758087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FDF54CD" w14:textId="77777777" w:rsidR="00ED1E93" w:rsidRDefault="00000000">
            <w:pPr>
              <w:spacing w:after="0" w:line="252" w:lineRule="auto"/>
              <w:jc w:val="left"/>
            </w:pPr>
            <w:r>
              <w:rPr>
                <w:rFonts w:eastAsia="Calibri" w:cs="Calibri"/>
                <w:sz w:val="20"/>
              </w:rPr>
              <w:t xml:space="preserve"> </w:t>
            </w:r>
          </w:p>
        </w:tc>
        <w:tc>
          <w:tcPr>
            <w:tcW w:w="12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5C50574" w14:textId="77777777" w:rsidR="00ED1E93" w:rsidRDefault="00000000">
            <w:pPr>
              <w:spacing w:after="0" w:line="252" w:lineRule="auto"/>
              <w:jc w:val="left"/>
            </w:pPr>
            <w:r>
              <w:rPr>
                <w:rFonts w:eastAsia="Calibri" w:cs="Calibri"/>
                <w:b/>
                <w:color w:val="1F5B4C"/>
                <w:sz w:val="19"/>
              </w:rPr>
              <w:t>Ora</w:t>
            </w:r>
          </w:p>
        </w:tc>
        <w:tc>
          <w:tcPr>
            <w:tcW w:w="3534" w:type="dxa"/>
            <w:tcBorders>
              <w:bottom w:val="single" w:sz="7" w:space="0" w:color="758087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26F09D6" w14:textId="77777777" w:rsidR="00ED1E93" w:rsidRDefault="00000000">
            <w:pPr>
              <w:spacing w:after="0" w:line="252" w:lineRule="auto"/>
              <w:jc w:val="left"/>
            </w:pPr>
            <w:r>
              <w:rPr>
                <w:rFonts w:eastAsia="Calibri" w:cs="Calibri"/>
                <w:sz w:val="20"/>
              </w:rPr>
              <w:t xml:space="preserve"> </w:t>
            </w:r>
          </w:p>
        </w:tc>
      </w:tr>
    </w:tbl>
    <w:p w14:paraId="3A52AD8B" w14:textId="77777777" w:rsidR="00ED1E93" w:rsidRDefault="00ED1E93">
      <w:pPr>
        <w:spacing w:after="40"/>
      </w:pPr>
    </w:p>
    <w:p w14:paraId="10D882FE" w14:textId="77777777" w:rsidR="00ED1E93" w:rsidRDefault="00000000">
      <w:pPr>
        <w:spacing w:after="80"/>
        <w:jc w:val="left"/>
      </w:pPr>
      <w:r>
        <w:rPr>
          <w:rFonts w:eastAsia="Calibri" w:cs="Calibri"/>
          <w:b/>
        </w:rPr>
        <w:t>Verifiche effettuate</w:t>
      </w:r>
      <w:r>
        <w:rPr>
          <w:rFonts w:eastAsia="Calibri" w:cs="Calibri"/>
        </w:rPr>
        <w:t>:</w:t>
      </w:r>
    </w:p>
    <w:p w14:paraId="5D26076A" w14:textId="77777777" w:rsidR="00ED1E93" w:rsidRDefault="00000000">
      <w:pPr>
        <w:spacing w:after="60" w:line="259" w:lineRule="auto"/>
        <w:ind w:left="142" w:hanging="28"/>
        <w:jc w:val="left"/>
      </w:pPr>
      <w:r>
        <w:rPr>
          <w:rFonts w:eastAsia="Calibri" w:cs="Calibri"/>
          <w:sz w:val="21"/>
        </w:rPr>
        <w:t>[ ] rispetto del termine e integrità dei file</w:t>
      </w:r>
    </w:p>
    <w:p w14:paraId="16F74FBE" w14:textId="77777777" w:rsidR="00ED1E93" w:rsidRDefault="00000000">
      <w:pPr>
        <w:spacing w:after="60" w:line="259" w:lineRule="auto"/>
        <w:ind w:left="142" w:hanging="28"/>
        <w:jc w:val="left"/>
      </w:pPr>
      <w:r>
        <w:rPr>
          <w:rFonts w:eastAsia="Calibri" w:cs="Calibri"/>
          <w:sz w:val="21"/>
        </w:rPr>
        <w:t>[ ] firma digitale e poteri del sottoscrittore</w:t>
      </w:r>
    </w:p>
    <w:p w14:paraId="28BAE485" w14:textId="77777777" w:rsidR="00ED1E93" w:rsidRDefault="00000000">
      <w:pPr>
        <w:spacing w:line="259" w:lineRule="auto"/>
        <w:ind w:left="142" w:hanging="28"/>
        <w:jc w:val="left"/>
      </w:pPr>
      <w:r>
        <w:rPr>
          <w:rFonts w:eastAsia="Calibri" w:cs="Calibri"/>
          <w:sz w:val="21"/>
        </w:rPr>
        <w:t>[ ] iscrizione nell'Albo e requisito soggettivo</w:t>
      </w:r>
    </w:p>
    <w:p w14:paraId="24DD9A82" w14:textId="77777777" w:rsidR="00ED1E93" w:rsidRDefault="00000000">
      <w:pPr>
        <w:spacing w:after="80"/>
        <w:jc w:val="left"/>
      </w:pPr>
      <w:r>
        <w:rPr>
          <w:rFonts w:eastAsia="Calibri" w:cs="Calibri"/>
          <w:b/>
        </w:rPr>
        <w:t>Esito</w:t>
      </w:r>
      <w:r>
        <w:rPr>
          <w:rFonts w:eastAsia="Calibri" w:cs="Calibri"/>
        </w:rPr>
        <w:t>:</w:t>
      </w:r>
    </w:p>
    <w:p w14:paraId="647D3F0C" w14:textId="77777777" w:rsidR="00ED1E93" w:rsidRDefault="00000000">
      <w:pPr>
        <w:spacing w:after="60" w:line="259" w:lineRule="auto"/>
        <w:ind w:left="142" w:hanging="28"/>
        <w:jc w:val="left"/>
      </w:pPr>
      <w:r>
        <w:rPr>
          <w:rFonts w:eastAsia="Calibri" w:cs="Calibri"/>
          <w:sz w:val="21"/>
        </w:rPr>
        <w:t>[ ] manifestazione ammissibile</w:t>
      </w:r>
    </w:p>
    <w:p w14:paraId="33E896B0" w14:textId="77777777" w:rsidR="00ED1E93" w:rsidRDefault="00000000">
      <w:pPr>
        <w:spacing w:after="60" w:line="259" w:lineRule="auto"/>
        <w:ind w:left="142" w:hanging="28"/>
        <w:jc w:val="left"/>
      </w:pPr>
      <w:r>
        <w:rPr>
          <w:rFonts w:eastAsia="Calibri" w:cs="Calibri"/>
          <w:sz w:val="21"/>
        </w:rPr>
        <w:t>[ ] richiesta di chiarimenti/integrazione</w:t>
      </w:r>
    </w:p>
    <w:p w14:paraId="7CE9A3EB" w14:textId="77777777" w:rsidR="00ED1E93" w:rsidRDefault="00000000">
      <w:pPr>
        <w:spacing w:line="259" w:lineRule="auto"/>
        <w:ind w:left="142" w:hanging="28"/>
        <w:jc w:val="left"/>
      </w:pPr>
      <w:r>
        <w:rPr>
          <w:rFonts w:eastAsia="Calibri" w:cs="Calibri"/>
          <w:sz w:val="21"/>
        </w:rPr>
        <w:t>[ ] manifestazione inammissibile</w:t>
      </w:r>
    </w:p>
    <w:tbl>
      <w:tblPr>
        <w:tblW w:w="91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600"/>
        <w:gridCol w:w="6584"/>
      </w:tblGrid>
      <w:tr w:rsidR="00ED1E93" w14:paraId="415A24A0" w14:textId="77777777">
        <w:trPr>
          <w:trHeight w:val="386"/>
        </w:trPr>
        <w:tc>
          <w:tcPr>
            <w:tcW w:w="2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A42613D" w14:textId="77777777" w:rsidR="00ED1E93" w:rsidRDefault="00000000">
            <w:pPr>
              <w:spacing w:after="0" w:line="252" w:lineRule="auto"/>
              <w:jc w:val="left"/>
            </w:pPr>
            <w:r>
              <w:rPr>
                <w:rFonts w:eastAsia="Calibri" w:cs="Calibri"/>
                <w:b/>
                <w:color w:val="1F5B4C"/>
                <w:sz w:val="19"/>
              </w:rPr>
              <w:lastRenderedPageBreak/>
              <w:t>Note</w:t>
            </w:r>
          </w:p>
        </w:tc>
        <w:tc>
          <w:tcPr>
            <w:tcW w:w="6584" w:type="dxa"/>
            <w:tcBorders>
              <w:bottom w:val="single" w:sz="7" w:space="0" w:color="758087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F99262B" w14:textId="77777777" w:rsidR="00ED1E93" w:rsidRDefault="00000000">
            <w:pPr>
              <w:spacing w:after="0" w:line="252" w:lineRule="auto"/>
              <w:jc w:val="left"/>
            </w:pPr>
            <w:r>
              <w:rPr>
                <w:rFonts w:eastAsia="Calibri" w:cs="Calibri"/>
                <w:sz w:val="20"/>
              </w:rPr>
              <w:t xml:space="preserve"> </w:t>
            </w:r>
          </w:p>
        </w:tc>
      </w:tr>
      <w:tr w:rsidR="00ED1E93" w14:paraId="7080991D" w14:textId="77777777">
        <w:trPr>
          <w:trHeight w:val="386"/>
        </w:trPr>
        <w:tc>
          <w:tcPr>
            <w:tcW w:w="2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A3BE245" w14:textId="77777777" w:rsidR="00ED1E93" w:rsidRDefault="00000000">
            <w:pPr>
              <w:spacing w:after="0" w:line="252" w:lineRule="auto"/>
              <w:jc w:val="left"/>
            </w:pPr>
            <w:r>
              <w:rPr>
                <w:rFonts w:eastAsia="Calibri" w:cs="Calibri"/>
                <w:b/>
                <w:color w:val="1F5B4C"/>
                <w:sz w:val="19"/>
              </w:rPr>
              <w:t>Istruttore/referente</w:t>
            </w:r>
          </w:p>
        </w:tc>
        <w:tc>
          <w:tcPr>
            <w:tcW w:w="6584" w:type="dxa"/>
            <w:tcBorders>
              <w:bottom w:val="single" w:sz="7" w:space="0" w:color="758087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6644A3C" w14:textId="77777777" w:rsidR="00ED1E93" w:rsidRDefault="00000000">
            <w:pPr>
              <w:spacing w:after="0" w:line="252" w:lineRule="auto"/>
              <w:jc w:val="left"/>
            </w:pPr>
            <w:r>
              <w:rPr>
                <w:rFonts w:eastAsia="Calibri" w:cs="Calibri"/>
                <w:sz w:val="20"/>
              </w:rPr>
              <w:t xml:space="preserve"> </w:t>
            </w:r>
          </w:p>
        </w:tc>
      </w:tr>
    </w:tbl>
    <w:p w14:paraId="107EEC04" w14:textId="77777777" w:rsidR="00ED1E93" w:rsidRDefault="00ED1E93">
      <w:pPr>
        <w:spacing w:after="40"/>
      </w:pPr>
    </w:p>
    <w:sectPr w:rsidR="00ED1E93" w:rsidSect="0003461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247" w:right="1361" w:bottom="1247" w:left="1361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A82C9E" w14:textId="77777777" w:rsidR="003C60B5" w:rsidRDefault="003C60B5">
      <w:pPr>
        <w:spacing w:after="0" w:line="240" w:lineRule="auto"/>
      </w:pPr>
      <w:r>
        <w:separator/>
      </w:r>
    </w:p>
  </w:endnote>
  <w:endnote w:type="continuationSeparator" w:id="0">
    <w:p w14:paraId="03002E76" w14:textId="77777777" w:rsidR="003C60B5" w:rsidRDefault="003C60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4C2B2" w14:textId="77777777" w:rsidR="00ED1E93" w:rsidRDefault="00000000">
    <w:pPr>
      <w:pStyle w:val="Pidipagina"/>
      <w:pBdr>
        <w:top w:val="single" w:sz="4" w:space="3" w:color="D7DDE0"/>
      </w:pBdr>
      <w:spacing w:before="60"/>
      <w:jc w:val="right"/>
    </w:pPr>
    <w:r>
      <w:rPr>
        <w:rFonts w:eastAsia="Calibri" w:cs="Calibri"/>
        <w:color w:val="66727A"/>
        <w:sz w:val="18"/>
      </w:rPr>
      <w:t xml:space="preserve">Pagina </w:t>
    </w:r>
    <w:r>
      <w:rPr>
        <w:rFonts w:eastAsia="Calibri" w:cs="Calibri"/>
        <w:color w:val="66727A"/>
        <w:sz w:val="18"/>
      </w:rPr>
      <w:fldChar w:fldCharType="begin"/>
    </w:r>
    <w:r>
      <w:rPr>
        <w:rFonts w:eastAsia="Calibri" w:cs="Calibri"/>
        <w:color w:val="66727A"/>
        <w:sz w:val="18"/>
      </w:rPr>
      <w:instrText xml:space="preserve"> PAGE </w:instrText>
    </w:r>
    <w:r>
      <w:rPr>
        <w:rFonts w:eastAsia="Calibri" w:cs="Calibri"/>
        <w:color w:val="66727A"/>
        <w:sz w:val="18"/>
      </w:rPr>
      <w:fldChar w:fldCharType="separate"/>
    </w:r>
    <w:r w:rsidR="00A05C3F">
      <w:rPr>
        <w:rFonts w:eastAsia="Calibri" w:cs="Calibri"/>
        <w:noProof/>
        <w:color w:val="66727A"/>
        <w:sz w:val="18"/>
      </w:rPr>
      <w:t>2</w:t>
    </w:r>
    <w:r>
      <w:rPr>
        <w:rFonts w:eastAsia="Calibri" w:cs="Calibri"/>
        <w:color w:val="66727A"/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8E10D" w14:textId="77777777" w:rsidR="00ED1E93" w:rsidRDefault="00000000">
    <w:pPr>
      <w:pStyle w:val="Pidipagina"/>
      <w:pBdr>
        <w:top w:val="single" w:sz="4" w:space="3" w:color="D7DDE0"/>
      </w:pBdr>
      <w:spacing w:before="60"/>
      <w:jc w:val="right"/>
    </w:pPr>
    <w:r>
      <w:rPr>
        <w:rFonts w:eastAsia="Calibri" w:cs="Calibri"/>
        <w:color w:val="66727A"/>
        <w:sz w:val="18"/>
      </w:rPr>
      <w:t xml:space="preserve">Pagina </w:t>
    </w:r>
    <w:r>
      <w:rPr>
        <w:rFonts w:eastAsia="Calibri" w:cs="Calibri"/>
        <w:color w:val="66727A"/>
        <w:sz w:val="18"/>
      </w:rPr>
      <w:fldChar w:fldCharType="begin"/>
    </w:r>
    <w:r>
      <w:rPr>
        <w:rFonts w:eastAsia="Calibri" w:cs="Calibri"/>
        <w:color w:val="66727A"/>
        <w:sz w:val="18"/>
      </w:rPr>
      <w:instrText xml:space="preserve"> PAGE </w:instrText>
    </w:r>
    <w:r>
      <w:rPr>
        <w:rFonts w:eastAsia="Calibri" w:cs="Calibri"/>
        <w:color w:val="66727A"/>
        <w:sz w:val="18"/>
      </w:rPr>
      <w:fldChar w:fldCharType="separate"/>
    </w:r>
    <w:r w:rsidR="00A05C3F">
      <w:rPr>
        <w:rFonts w:eastAsia="Calibri" w:cs="Calibri"/>
        <w:noProof/>
        <w:color w:val="66727A"/>
        <w:sz w:val="18"/>
      </w:rPr>
      <w:t>1</w:t>
    </w:r>
    <w:r>
      <w:rPr>
        <w:rFonts w:eastAsia="Calibri" w:cs="Calibri"/>
        <w:color w:val="66727A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DF56EE" w14:textId="77777777" w:rsidR="003C60B5" w:rsidRDefault="003C60B5">
      <w:pPr>
        <w:spacing w:after="0" w:line="240" w:lineRule="auto"/>
      </w:pPr>
      <w:r>
        <w:separator/>
      </w:r>
    </w:p>
  </w:footnote>
  <w:footnote w:type="continuationSeparator" w:id="0">
    <w:p w14:paraId="295D15D9" w14:textId="77777777" w:rsidR="003C60B5" w:rsidRDefault="003C60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DC323" w14:textId="1240C379" w:rsidR="00CF726C" w:rsidRDefault="00CF726C">
    <w:pPr>
      <w:pStyle w:val="Intestazione"/>
      <w:spacing w:after="40"/>
      <w:jc w:val="center"/>
      <w:rPr>
        <w:rFonts w:eastAsia="Calibri" w:cs="Calibri"/>
        <w:b/>
        <w:color w:val="66727A"/>
        <w:sz w:val="17"/>
      </w:rPr>
    </w:pPr>
    <w:r>
      <w:rPr>
        <w:noProof/>
      </w:rPr>
      <w:drawing>
        <wp:inline distT="0" distB="0" distL="0" distR="0" wp14:anchorId="4A246DC4" wp14:editId="5BDD7A9D">
          <wp:extent cx="5831840" cy="766327"/>
          <wp:effectExtent l="0" t="0" r="0" b="0"/>
          <wp:docPr id="40621013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6img-000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831840" cy="7663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23F763A" w14:textId="317BFBF5" w:rsidR="00ED1E93" w:rsidRDefault="00000000">
    <w:pPr>
      <w:pStyle w:val="Intestazione"/>
      <w:spacing w:after="40"/>
      <w:jc w:val="center"/>
    </w:pPr>
    <w:r>
      <w:rPr>
        <w:rFonts w:eastAsia="Calibri" w:cs="Calibri"/>
        <w:b/>
        <w:color w:val="66727A"/>
        <w:sz w:val="17"/>
      </w:rPr>
      <w:t>GAL TERRE DI MURGIA | AVVISO PUBBLICO - PROTOCOLLO QUADRO START UP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22E60" w14:textId="181E4881" w:rsidR="00CF726C" w:rsidRDefault="00CF726C">
    <w:pPr>
      <w:pStyle w:val="Intestazione"/>
    </w:pPr>
    <w:r>
      <w:rPr>
        <w:noProof/>
      </w:rPr>
      <w:drawing>
        <wp:inline distT="0" distB="0" distL="0" distR="0" wp14:anchorId="5CD04218" wp14:editId="0267F07F">
          <wp:extent cx="5831840" cy="766327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6img-000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831840" cy="7663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A690038"/>
    <w:multiLevelType w:val="singleLevel"/>
    <w:tmpl w:val="22740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/>
      </w:rPr>
    </w:lvl>
  </w:abstractNum>
  <w:abstractNum w:abstractNumId="10" w15:restartNumberingAfterBreak="0">
    <w:nsid w:val="0AB14B38"/>
    <w:multiLevelType w:val="singleLevel"/>
    <w:tmpl w:val="E7EE5580"/>
    <w:lvl w:ilvl="0">
      <w:start w:val="1"/>
      <w:numFmt w:val="bullet"/>
      <w:lvlText w:val="•"/>
      <w:lvlJc w:val="left"/>
      <w:pPr>
        <w:tabs>
          <w:tab w:val="num" w:pos="520"/>
        </w:tabs>
        <w:ind w:left="520" w:hanging="260"/>
      </w:pPr>
      <w:rPr>
        <w:rFonts w:ascii="Calibri" w:hAnsi="Calibri"/>
      </w:rPr>
    </w:lvl>
  </w:abstractNum>
  <w:abstractNum w:abstractNumId="11" w15:restartNumberingAfterBreak="0">
    <w:nsid w:val="102B069B"/>
    <w:multiLevelType w:val="singleLevel"/>
    <w:tmpl w:val="46048A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/>
      </w:rPr>
    </w:lvl>
  </w:abstractNum>
  <w:abstractNum w:abstractNumId="12" w15:restartNumberingAfterBreak="0">
    <w:nsid w:val="104A2007"/>
    <w:multiLevelType w:val="singleLevel"/>
    <w:tmpl w:val="CCB49162"/>
    <w:lvl w:ilvl="0">
      <w:start w:val="1"/>
      <w:numFmt w:val="bullet"/>
      <w:lvlText w:val="•"/>
      <w:lvlJc w:val="left"/>
      <w:pPr>
        <w:tabs>
          <w:tab w:val="num" w:pos="520"/>
        </w:tabs>
        <w:ind w:left="520" w:hanging="260"/>
      </w:pPr>
      <w:rPr>
        <w:rFonts w:ascii="Calibri" w:hAnsi="Calibri"/>
      </w:rPr>
    </w:lvl>
  </w:abstractNum>
  <w:abstractNum w:abstractNumId="13" w15:restartNumberingAfterBreak="0">
    <w:nsid w:val="18EB140D"/>
    <w:multiLevelType w:val="singleLevel"/>
    <w:tmpl w:val="B420E5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/>
      </w:rPr>
    </w:lvl>
  </w:abstractNum>
  <w:abstractNum w:abstractNumId="14" w15:restartNumberingAfterBreak="0">
    <w:nsid w:val="1F9A1AFB"/>
    <w:multiLevelType w:val="singleLevel"/>
    <w:tmpl w:val="857A41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/>
      </w:rPr>
    </w:lvl>
  </w:abstractNum>
  <w:abstractNum w:abstractNumId="15" w15:restartNumberingAfterBreak="0">
    <w:nsid w:val="21E92454"/>
    <w:multiLevelType w:val="singleLevel"/>
    <w:tmpl w:val="DA187E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/>
      </w:rPr>
    </w:lvl>
  </w:abstractNum>
  <w:abstractNum w:abstractNumId="16" w15:restartNumberingAfterBreak="0">
    <w:nsid w:val="29914D45"/>
    <w:multiLevelType w:val="singleLevel"/>
    <w:tmpl w:val="37C83C74"/>
    <w:lvl w:ilvl="0">
      <w:start w:val="1"/>
      <w:numFmt w:val="bullet"/>
      <w:lvlText w:val="•"/>
      <w:lvlJc w:val="left"/>
      <w:pPr>
        <w:tabs>
          <w:tab w:val="num" w:pos="520"/>
        </w:tabs>
        <w:ind w:left="520" w:hanging="260"/>
      </w:pPr>
      <w:rPr>
        <w:rFonts w:ascii="Calibri" w:hAnsi="Calibri"/>
      </w:rPr>
    </w:lvl>
  </w:abstractNum>
  <w:abstractNum w:abstractNumId="17" w15:restartNumberingAfterBreak="0">
    <w:nsid w:val="31844037"/>
    <w:multiLevelType w:val="singleLevel"/>
    <w:tmpl w:val="69DED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/>
      </w:rPr>
    </w:lvl>
  </w:abstractNum>
  <w:abstractNum w:abstractNumId="18" w15:restartNumberingAfterBreak="0">
    <w:nsid w:val="396B7E06"/>
    <w:multiLevelType w:val="singleLevel"/>
    <w:tmpl w:val="233AB254"/>
    <w:lvl w:ilvl="0">
      <w:start w:val="1"/>
      <w:numFmt w:val="bullet"/>
      <w:lvlText w:val="•"/>
      <w:lvlJc w:val="left"/>
      <w:pPr>
        <w:tabs>
          <w:tab w:val="num" w:pos="520"/>
        </w:tabs>
        <w:ind w:left="520" w:hanging="260"/>
      </w:pPr>
      <w:rPr>
        <w:rFonts w:ascii="Calibri" w:hAnsi="Calibri"/>
      </w:rPr>
    </w:lvl>
  </w:abstractNum>
  <w:abstractNum w:abstractNumId="19" w15:restartNumberingAfterBreak="0">
    <w:nsid w:val="3FD76F92"/>
    <w:multiLevelType w:val="singleLevel"/>
    <w:tmpl w:val="F7B2310E"/>
    <w:lvl w:ilvl="0">
      <w:start w:val="1"/>
      <w:numFmt w:val="bullet"/>
      <w:pStyle w:val="Puntoelenco"/>
      <w:lvlText w:val="•"/>
      <w:lvlJc w:val="left"/>
      <w:pPr>
        <w:tabs>
          <w:tab w:val="num" w:pos="520"/>
        </w:tabs>
        <w:ind w:left="520" w:hanging="260"/>
      </w:pPr>
      <w:rPr>
        <w:rFonts w:ascii="Calibri" w:hAnsi="Calibri"/>
      </w:rPr>
    </w:lvl>
  </w:abstractNum>
  <w:abstractNum w:abstractNumId="20" w15:restartNumberingAfterBreak="0">
    <w:nsid w:val="42B3192E"/>
    <w:multiLevelType w:val="singleLevel"/>
    <w:tmpl w:val="3C74B4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/>
      </w:rPr>
    </w:lvl>
  </w:abstractNum>
  <w:abstractNum w:abstractNumId="21" w15:restartNumberingAfterBreak="0">
    <w:nsid w:val="58E80F12"/>
    <w:multiLevelType w:val="singleLevel"/>
    <w:tmpl w:val="9EE40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/>
      </w:rPr>
    </w:lvl>
  </w:abstractNum>
  <w:abstractNum w:abstractNumId="22" w15:restartNumberingAfterBreak="0">
    <w:nsid w:val="626934E0"/>
    <w:multiLevelType w:val="singleLevel"/>
    <w:tmpl w:val="8A6A92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/>
      </w:rPr>
    </w:lvl>
  </w:abstractNum>
  <w:abstractNum w:abstractNumId="23" w15:restartNumberingAfterBreak="0">
    <w:nsid w:val="6B0C0651"/>
    <w:multiLevelType w:val="singleLevel"/>
    <w:tmpl w:val="F9AA78C6"/>
    <w:lvl w:ilvl="0">
      <w:start w:val="1"/>
      <w:numFmt w:val="bullet"/>
      <w:lvlText w:val="•"/>
      <w:lvlJc w:val="left"/>
      <w:pPr>
        <w:tabs>
          <w:tab w:val="num" w:pos="520"/>
        </w:tabs>
        <w:ind w:left="520" w:hanging="260"/>
      </w:pPr>
      <w:rPr>
        <w:rFonts w:ascii="Calibri" w:hAnsi="Calibri"/>
      </w:rPr>
    </w:lvl>
  </w:abstractNum>
  <w:abstractNum w:abstractNumId="24" w15:restartNumberingAfterBreak="0">
    <w:nsid w:val="7FF3735A"/>
    <w:multiLevelType w:val="singleLevel"/>
    <w:tmpl w:val="2D547C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/>
      </w:rPr>
    </w:lvl>
  </w:abstractNum>
  <w:num w:numId="1" w16cid:durableId="113968474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3E34"/>
    <w:rsid w:val="00034616"/>
    <w:rsid w:val="0006063C"/>
    <w:rsid w:val="0015074B"/>
    <w:rsid w:val="00195522"/>
    <w:rsid w:val="0029639D"/>
    <w:rsid w:val="00326F90"/>
    <w:rsid w:val="00396714"/>
    <w:rsid w:val="003C60B5"/>
    <w:rsid w:val="0057763A"/>
    <w:rsid w:val="007110EF"/>
    <w:rsid w:val="009B0B77"/>
    <w:rsid w:val="00A05C3F"/>
    <w:rsid w:val="00A5589A"/>
    <w:rsid w:val="00AA1D8D"/>
    <w:rsid w:val="00B47730"/>
    <w:rsid w:val="00CB0664"/>
    <w:rsid w:val="00CF726C"/>
    <w:rsid w:val="00D636F2"/>
    <w:rsid w:val="00EA2FC9"/>
    <w:rsid w:val="00ED1E93"/>
    <w:rsid w:val="00F40CA7"/>
    <w:rsid w:val="00FC693F"/>
    <w:rsid w:val="00FF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BB949C"/>
  <w14:defaultImageDpi w14:val="300"/>
  <w15:docId w15:val="{A92C87DF-8DC8-4D6C-B827-4AC7E2943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120" w:line="264" w:lineRule="auto"/>
      <w:jc w:val="both"/>
    </w:pPr>
    <w:rPr>
      <w:rFonts w:ascii="Calibri" w:hAnsi="Calibri"/>
      <w:color w:val="1E2A32"/>
      <w:lang w:val="it-IT"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260"/>
      <w:jc w:val="left"/>
      <w:outlineLvl w:val="0"/>
    </w:pPr>
    <w:rPr>
      <w:rFonts w:asciiTheme="majorHAnsi" w:eastAsiaTheme="majorEastAsia" w:hAnsiTheme="majorHAnsi" w:cstheme="majorBidi"/>
      <w:b/>
      <w:bCs/>
      <w:color w:val="1F5B4C"/>
      <w:sz w:val="26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100"/>
      <w:jc w:val="left"/>
      <w:outlineLvl w:val="1"/>
    </w:pPr>
    <w:rPr>
      <w:rFonts w:asciiTheme="majorHAnsi" w:eastAsiaTheme="majorEastAsia" w:hAnsiTheme="majorHAnsi" w:cstheme="majorBidi"/>
      <w:b/>
      <w:bCs/>
      <w:color w:val="1F5B4C"/>
      <w:sz w:val="23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160" w:after="80"/>
      <w:jc w:val="left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tabs>
        <w:tab w:val="num" w:pos="360"/>
      </w:tabs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tabs>
        <w:tab w:val="num" w:pos="360"/>
      </w:tabs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tabs>
        <w:tab w:val="num" w:pos="360"/>
      </w:tabs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tabs>
        <w:tab w:val="num" w:pos="360"/>
      </w:tabs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tabs>
        <w:tab w:val="num" w:pos="360"/>
      </w:tabs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919</Words>
  <Characters>5239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6146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Avviso pubblico per manifestazioni di interesse - Protocollo Quadro Start Up - banche e Confidi</dc:title>
  <dc:subject>Raccolta di manifestazioni di interesse dal 17 settembre al 31 ottobre 2026</dc:subject>
  <dc:creator>GAL Terre di Murgia S.c. a r.l.</dc:creator>
  <cp:keywords>GAL, Avviso pubblico, manifestazione di interesse, banche, intermediari finanziari, Confidi, articolo 106 TUB, Start Up, SRE04, SRD14</cp:keywords>
  <dc:description>generated by python-docx</dc:description>
  <cp:lastModifiedBy>PASQUALE LORUSSO</cp:lastModifiedBy>
  <cp:revision>10</cp:revision>
  <dcterms:created xsi:type="dcterms:W3CDTF">2026-09-08T19:48:00Z</dcterms:created>
  <dcterms:modified xsi:type="dcterms:W3CDTF">2026-09-16T17:59:00Z</dcterms:modified>
  <cp:category/>
</cp:coreProperties>
</file>